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14E4" w14:textId="77777777" w:rsidR="00761A29" w:rsidRDefault="00000000">
      <w:pPr>
        <w:spacing w:before="80" w:after="280"/>
        <w:jc w:val="center"/>
      </w:pPr>
      <w:r>
        <w:rPr>
          <w:rFonts w:ascii="Arial" w:eastAsia="Arial" w:hAnsi="Arial"/>
          <w:color w:val="647175"/>
          <w:sz w:val="16"/>
        </w:rPr>
        <w:t>DOI: https://doi.org/xxxxx  |  ISSN: xxxx-xxxx  |  v. xx  |  20xx</w:t>
      </w:r>
    </w:p>
    <w:p w14:paraId="69772586" w14:textId="77777777" w:rsidR="00761A29" w:rsidRPr="0069448E" w:rsidRDefault="00000000">
      <w:pPr>
        <w:keepNext/>
        <w:spacing w:after="80"/>
        <w:jc w:val="left"/>
        <w:rPr>
          <w:lang w:val="pt-BR"/>
        </w:rPr>
      </w:pPr>
      <w:r w:rsidRPr="0069448E">
        <w:rPr>
          <w:rFonts w:ascii="Arial" w:eastAsia="Arial" w:hAnsi="Arial"/>
          <w:b/>
          <w:color w:val="073F49"/>
          <w:sz w:val="40"/>
          <w:lang w:val="pt-BR"/>
        </w:rPr>
        <w:t>TÍTULO DO ARTIGO EM PORTUGUÊS</w:t>
      </w:r>
    </w:p>
    <w:p w14:paraId="1AE77673" w14:textId="77777777" w:rsidR="00761A29" w:rsidRPr="0069448E" w:rsidRDefault="00000000">
      <w:pPr>
        <w:keepNext/>
        <w:spacing w:after="40"/>
        <w:rPr>
          <w:lang w:val="pt-BR"/>
        </w:rPr>
      </w:pPr>
      <w:proofErr w:type="spellStart"/>
      <w:r w:rsidRPr="0069448E">
        <w:rPr>
          <w:rFonts w:eastAsia="Georgia"/>
          <w:i/>
          <w:sz w:val="25"/>
          <w:lang w:val="pt-BR"/>
        </w:rPr>
        <w:t>Title</w:t>
      </w:r>
      <w:proofErr w:type="spellEnd"/>
      <w:r w:rsidRPr="0069448E">
        <w:rPr>
          <w:rFonts w:eastAsia="Georgia"/>
          <w:i/>
          <w:sz w:val="25"/>
          <w:lang w:val="pt-BR"/>
        </w:rPr>
        <w:t xml:space="preserve"> </w:t>
      </w:r>
      <w:proofErr w:type="spellStart"/>
      <w:r w:rsidRPr="0069448E">
        <w:rPr>
          <w:rFonts w:eastAsia="Georgia"/>
          <w:i/>
          <w:sz w:val="25"/>
          <w:lang w:val="pt-BR"/>
        </w:rPr>
        <w:t>of</w:t>
      </w:r>
      <w:proofErr w:type="spellEnd"/>
      <w:r w:rsidRPr="0069448E">
        <w:rPr>
          <w:rFonts w:eastAsia="Georgia"/>
          <w:i/>
          <w:sz w:val="25"/>
          <w:lang w:val="pt-BR"/>
        </w:rPr>
        <w:t xml:space="preserve"> </w:t>
      </w:r>
      <w:proofErr w:type="spellStart"/>
      <w:r w:rsidRPr="0069448E">
        <w:rPr>
          <w:rFonts w:eastAsia="Georgia"/>
          <w:i/>
          <w:sz w:val="25"/>
          <w:lang w:val="pt-BR"/>
        </w:rPr>
        <w:t>the</w:t>
      </w:r>
      <w:proofErr w:type="spellEnd"/>
      <w:r w:rsidRPr="0069448E">
        <w:rPr>
          <w:rFonts w:eastAsia="Georgia"/>
          <w:i/>
          <w:sz w:val="25"/>
          <w:lang w:val="pt-BR"/>
        </w:rPr>
        <w:t xml:space="preserve"> </w:t>
      </w:r>
      <w:proofErr w:type="spellStart"/>
      <w:r w:rsidRPr="0069448E">
        <w:rPr>
          <w:rFonts w:eastAsia="Georgia"/>
          <w:i/>
          <w:sz w:val="25"/>
          <w:lang w:val="pt-BR"/>
        </w:rPr>
        <w:t>Article</w:t>
      </w:r>
      <w:proofErr w:type="spellEnd"/>
      <w:r w:rsidRPr="0069448E">
        <w:rPr>
          <w:rFonts w:eastAsia="Georgia"/>
          <w:i/>
          <w:sz w:val="25"/>
          <w:lang w:val="pt-BR"/>
        </w:rPr>
        <w:t xml:space="preserve"> in </w:t>
      </w:r>
      <w:proofErr w:type="spellStart"/>
      <w:r w:rsidRPr="0069448E">
        <w:rPr>
          <w:rFonts w:eastAsia="Georgia"/>
          <w:i/>
          <w:sz w:val="25"/>
          <w:lang w:val="pt-BR"/>
        </w:rPr>
        <w:t>English</w:t>
      </w:r>
      <w:proofErr w:type="spellEnd"/>
    </w:p>
    <w:p w14:paraId="3CB7DB6A" w14:textId="77777777" w:rsidR="00761A29" w:rsidRPr="0069448E" w:rsidRDefault="00000000">
      <w:pPr>
        <w:pBdr>
          <w:bottom w:val="single" w:sz="7" w:space="7" w:color="C8D7D7"/>
        </w:pBdr>
        <w:spacing w:after="280"/>
        <w:rPr>
          <w:lang w:val="pt-BR"/>
        </w:rPr>
      </w:pPr>
      <w:r w:rsidRPr="0069448E">
        <w:rPr>
          <w:rFonts w:eastAsia="Georgia"/>
          <w:i/>
          <w:color w:val="647175"/>
          <w:sz w:val="21"/>
          <w:lang w:val="pt-BR"/>
        </w:rPr>
        <w:t xml:space="preserve">Título </w:t>
      </w:r>
      <w:proofErr w:type="spellStart"/>
      <w:r w:rsidRPr="0069448E">
        <w:rPr>
          <w:rFonts w:eastAsia="Georgia"/>
          <w:i/>
          <w:color w:val="647175"/>
          <w:sz w:val="21"/>
          <w:lang w:val="pt-BR"/>
        </w:rPr>
        <w:t>del</w:t>
      </w:r>
      <w:proofErr w:type="spellEnd"/>
      <w:r w:rsidRPr="0069448E">
        <w:rPr>
          <w:rFonts w:eastAsia="Georgia"/>
          <w:i/>
          <w:color w:val="647175"/>
          <w:sz w:val="21"/>
          <w:lang w:val="pt-BR"/>
        </w:rPr>
        <w:t xml:space="preserve"> Artículo </w:t>
      </w:r>
      <w:proofErr w:type="spellStart"/>
      <w:r w:rsidRPr="0069448E">
        <w:rPr>
          <w:rFonts w:eastAsia="Georgia"/>
          <w:i/>
          <w:color w:val="647175"/>
          <w:sz w:val="21"/>
          <w:lang w:val="pt-BR"/>
        </w:rPr>
        <w:t>en</w:t>
      </w:r>
      <w:proofErr w:type="spellEnd"/>
      <w:r w:rsidRPr="0069448E">
        <w:rPr>
          <w:rFonts w:eastAsia="Georgia"/>
          <w:i/>
          <w:color w:val="647175"/>
          <w:sz w:val="21"/>
          <w:lang w:val="pt-BR"/>
        </w:rPr>
        <w:t xml:space="preserve"> Español</w:t>
      </w:r>
    </w:p>
    <w:p w14:paraId="74694FD7" w14:textId="77777777" w:rsidR="005B4BAB" w:rsidRPr="00EC0C93" w:rsidRDefault="00000000">
      <w:pPr>
        <w:pStyle w:val="Metadata"/>
        <w:spacing w:after="100"/>
        <w:rPr>
          <w:lang w:val="pt-BR"/>
        </w:rPr>
      </w:pPr>
      <w:r w:rsidRPr="00EC0C93">
        <w:rPr>
          <w:b/>
          <w:lang w:val="pt-BR"/>
        </w:rPr>
        <w:t>SUBMISSÃO ANONIMIZADA: remova este bloco antes do envio e informe a autoria apenas no OJS. Reinsira-o após a aprovação. Repita o bloco quando necessário, respeitado o limite de quatro pessoas autoras.</w:t>
      </w:r>
    </w:p>
    <w:p w14:paraId="0728DF40" w14:textId="77777777" w:rsidR="00761A29" w:rsidRPr="0069448E" w:rsidRDefault="00000000">
      <w:pPr>
        <w:keepNext/>
        <w:spacing w:after="20"/>
        <w:rPr>
          <w:lang w:val="pt-BR"/>
        </w:rPr>
      </w:pPr>
      <w:r w:rsidRPr="00EC0C93">
        <w:rPr>
          <w:rFonts w:ascii="Arial" w:hAnsi="Arial"/>
          <w:b/>
          <w:lang w:val="pt-BR"/>
        </w:rPr>
        <w:t>Pessoa autora 1</w:t>
      </w:r>
      <w:r w:rsidRPr="00EC0C93">
        <w:rPr>
          <w:rFonts w:ascii="Arial" w:hAnsi="Arial"/>
          <w:sz w:val="17"/>
          <w:lang w:val="pt-BR"/>
        </w:rPr>
        <w:t xml:space="preserve">   |   ORCID: 0000-0000-0000-0000   |   autor1@email.com</w:t>
      </w:r>
    </w:p>
    <w:p w14:paraId="46093C58" w14:textId="77777777" w:rsidR="00761A29" w:rsidRPr="0069448E" w:rsidRDefault="00000000">
      <w:pPr>
        <w:pStyle w:val="Metadata"/>
        <w:spacing w:after="140"/>
        <w:rPr>
          <w:lang w:val="pt-BR"/>
        </w:rPr>
      </w:pPr>
      <w:r w:rsidRPr="0069448E">
        <w:rPr>
          <w:lang w:val="pt-BR"/>
        </w:rPr>
        <w:t>Universidade, Departamento, Cidade, Estado, Brasil.</w:t>
      </w:r>
    </w:p>
    <w:p w14:paraId="6B5CC83E" w14:textId="77777777" w:rsidR="00761A29" w:rsidRPr="0069448E" w:rsidRDefault="00000000">
      <w:pPr>
        <w:keepNext/>
        <w:spacing w:after="20"/>
        <w:rPr>
          <w:lang w:val="pt-BR"/>
        </w:rPr>
      </w:pPr>
      <w:r w:rsidRPr="00EC0C93">
        <w:rPr>
          <w:rFonts w:ascii="Arial" w:hAnsi="Arial"/>
          <w:b/>
          <w:lang w:val="pt-BR"/>
        </w:rPr>
        <w:t>Pessoa autora 2</w:t>
      </w:r>
      <w:r w:rsidRPr="00EC0C93">
        <w:rPr>
          <w:rFonts w:ascii="Arial" w:hAnsi="Arial"/>
          <w:sz w:val="17"/>
          <w:lang w:val="pt-BR"/>
        </w:rPr>
        <w:t xml:space="preserve">   |   ORCID: 0000-0000-0000-0000   |   autor2@email.com</w:t>
      </w:r>
    </w:p>
    <w:p w14:paraId="617AEF47" w14:textId="77777777" w:rsidR="00761A29" w:rsidRPr="0069448E" w:rsidRDefault="00000000">
      <w:pPr>
        <w:pStyle w:val="Metadata"/>
        <w:spacing w:after="260"/>
        <w:rPr>
          <w:lang w:val="pt-BR"/>
        </w:rPr>
      </w:pPr>
      <w:r w:rsidRPr="0069448E">
        <w:rPr>
          <w:lang w:val="pt-BR"/>
        </w:rPr>
        <w:t>Universidade, Departamento, Cidade, Estado, Brasil.</w:t>
      </w:r>
    </w:p>
    <w:p w14:paraId="443A6144" w14:textId="77777777" w:rsidR="00761A29" w:rsidRPr="0069448E" w:rsidRDefault="00000000">
      <w:pPr>
        <w:pBdr>
          <w:left w:val="single" w:sz="14" w:space="5" w:color="0D5968"/>
        </w:pBdr>
        <w:spacing w:before="80" w:after="80" w:line="264" w:lineRule="auto"/>
        <w:ind w:left="198"/>
        <w:rPr>
          <w:lang w:val="pt-BR"/>
        </w:rPr>
      </w:pPr>
      <w:r w:rsidRPr="0069448E">
        <w:rPr>
          <w:rFonts w:ascii="Arial" w:eastAsia="Arial" w:hAnsi="Arial"/>
          <w:b/>
          <w:color w:val="073F49"/>
          <w:sz w:val="17"/>
          <w:lang w:val="pt-BR"/>
        </w:rPr>
        <w:t xml:space="preserve">RESUMO  </w:t>
      </w:r>
      <w:r w:rsidRPr="0069448E">
        <w:rPr>
          <w:rFonts w:eastAsia="Georgia"/>
          <w:sz w:val="17"/>
          <w:lang w:val="pt-BR"/>
        </w:rPr>
        <w:t xml:space="preserve">Incluir o resumo descritivo de até 250 palavras aqui. Deve conter o objetivo, método, resultados e conclusões do estudo de forma sucinta e contínua. Texto </w:t>
      </w:r>
      <w:proofErr w:type="spellStart"/>
      <w:r w:rsidRPr="0069448E">
        <w:rPr>
          <w:rFonts w:eastAsia="Georgia"/>
          <w:sz w:val="17"/>
          <w:lang w:val="pt-BR"/>
        </w:rPr>
        <w:t>placeholder</w:t>
      </w:r>
      <w:proofErr w:type="spellEnd"/>
      <w:r w:rsidRPr="0069448E">
        <w:rPr>
          <w:rFonts w:eastAsia="Georgia"/>
          <w:sz w:val="17"/>
          <w:lang w:val="pt-BR"/>
        </w:rPr>
        <w:t xml:space="preserve"> para demonstrar o fluxo da diagramação e o espaçamento entre linhas do corpo do resumo.</w:t>
      </w:r>
    </w:p>
    <w:p w14:paraId="0EB24BD1" w14:textId="77777777" w:rsidR="00761A29" w:rsidRPr="0069448E" w:rsidRDefault="00000000">
      <w:pPr>
        <w:spacing w:after="140"/>
        <w:ind w:left="198"/>
        <w:rPr>
          <w:lang w:val="pt-BR"/>
        </w:rPr>
      </w:pPr>
      <w:r w:rsidRPr="0069448E">
        <w:rPr>
          <w:rFonts w:ascii="Arial" w:eastAsia="Arial" w:hAnsi="Arial"/>
          <w:b/>
          <w:color w:val="0D5968"/>
          <w:sz w:val="16"/>
          <w:lang w:val="pt-BR"/>
        </w:rPr>
        <w:t xml:space="preserve">Palavras-chave: </w:t>
      </w:r>
      <w:r w:rsidRPr="0069448E">
        <w:rPr>
          <w:rFonts w:eastAsia="Georgia"/>
          <w:color w:val="647175"/>
          <w:sz w:val="17"/>
          <w:lang w:val="pt-BR"/>
        </w:rPr>
        <w:t>Palavra 1; Palavra 2; Palavra 3; Palavra 4; Palavra 5.</w:t>
      </w:r>
    </w:p>
    <w:p w14:paraId="691349CB" w14:textId="77777777" w:rsidR="00761A29" w:rsidRDefault="00000000">
      <w:pPr>
        <w:pBdr>
          <w:left w:val="single" w:sz="14" w:space="5" w:color="0D5968"/>
        </w:pBdr>
        <w:spacing w:before="80" w:after="80" w:line="264" w:lineRule="auto"/>
        <w:ind w:left="198"/>
      </w:pPr>
      <w:r>
        <w:rPr>
          <w:rFonts w:ascii="Arial" w:eastAsia="Arial" w:hAnsi="Arial"/>
          <w:b/>
          <w:color w:val="073F49"/>
          <w:sz w:val="17"/>
        </w:rPr>
        <w:t xml:space="preserve">ABSTRACT  </w:t>
      </w:r>
      <w:r>
        <w:rPr>
          <w:rFonts w:eastAsia="Georgia"/>
          <w:sz w:val="17"/>
        </w:rPr>
        <w:t>Include the descriptive abstract of up to 250 words here. It should contain the objective, method, results and conclusions of the study in a succinct and continuous manner. Placeholder text to demonstrate layout flow.</w:t>
      </w:r>
    </w:p>
    <w:p w14:paraId="2402EBC8" w14:textId="77777777" w:rsidR="00761A29" w:rsidRDefault="00000000">
      <w:pPr>
        <w:spacing w:after="140"/>
        <w:ind w:left="198"/>
      </w:pPr>
      <w:r>
        <w:rPr>
          <w:rFonts w:ascii="Arial" w:eastAsia="Arial" w:hAnsi="Arial"/>
          <w:b/>
          <w:color w:val="0D5968"/>
          <w:sz w:val="16"/>
        </w:rPr>
        <w:t xml:space="preserve">Keywords: </w:t>
      </w:r>
      <w:r>
        <w:rPr>
          <w:rFonts w:eastAsia="Georgia"/>
          <w:color w:val="647175"/>
          <w:sz w:val="17"/>
        </w:rPr>
        <w:t>Word 1; Word 2; Word 3; Word 4; Word 5.</w:t>
      </w:r>
    </w:p>
    <w:p w14:paraId="1F1C14E0" w14:textId="77777777" w:rsidR="00761A29" w:rsidRPr="0069448E" w:rsidRDefault="00000000">
      <w:pPr>
        <w:pBdr>
          <w:left w:val="single" w:sz="14" w:space="5" w:color="0D5968"/>
        </w:pBdr>
        <w:spacing w:before="80" w:after="80" w:line="264" w:lineRule="auto"/>
        <w:ind w:left="198"/>
        <w:rPr>
          <w:lang w:val="pt-BR"/>
        </w:rPr>
      </w:pPr>
      <w:r w:rsidRPr="0069448E">
        <w:rPr>
          <w:rFonts w:ascii="Arial" w:eastAsia="Arial" w:hAnsi="Arial"/>
          <w:b/>
          <w:color w:val="073F49"/>
          <w:sz w:val="17"/>
          <w:lang w:val="pt-BR"/>
        </w:rPr>
        <w:t xml:space="preserve">RESUMEN  </w:t>
      </w:r>
      <w:r w:rsidRPr="0069448E">
        <w:rPr>
          <w:rFonts w:eastAsia="Georgia"/>
          <w:sz w:val="17"/>
          <w:lang w:val="pt-BR"/>
        </w:rPr>
        <w:t xml:space="preserve">Incluir </w:t>
      </w:r>
      <w:proofErr w:type="spellStart"/>
      <w:r w:rsidRPr="0069448E">
        <w:rPr>
          <w:rFonts w:eastAsia="Georgia"/>
          <w:sz w:val="17"/>
          <w:lang w:val="pt-BR"/>
        </w:rPr>
        <w:t>el</w:t>
      </w:r>
      <w:proofErr w:type="spellEnd"/>
      <w:r w:rsidRPr="0069448E">
        <w:rPr>
          <w:rFonts w:eastAsia="Georgia"/>
          <w:sz w:val="17"/>
          <w:lang w:val="pt-BR"/>
        </w:rPr>
        <w:t xml:space="preserve"> </w:t>
      </w:r>
      <w:proofErr w:type="spellStart"/>
      <w:r w:rsidRPr="0069448E">
        <w:rPr>
          <w:rFonts w:eastAsia="Georgia"/>
          <w:sz w:val="17"/>
          <w:lang w:val="pt-BR"/>
        </w:rPr>
        <w:t>resumen</w:t>
      </w:r>
      <w:proofErr w:type="spellEnd"/>
      <w:r w:rsidRPr="0069448E">
        <w:rPr>
          <w:rFonts w:eastAsia="Georgia"/>
          <w:sz w:val="17"/>
          <w:lang w:val="pt-BR"/>
        </w:rPr>
        <w:t xml:space="preserve"> </w:t>
      </w:r>
      <w:proofErr w:type="spellStart"/>
      <w:r w:rsidRPr="0069448E">
        <w:rPr>
          <w:rFonts w:eastAsia="Georgia"/>
          <w:sz w:val="17"/>
          <w:lang w:val="pt-BR"/>
        </w:rPr>
        <w:t>descriptivo</w:t>
      </w:r>
      <w:proofErr w:type="spellEnd"/>
      <w:r w:rsidRPr="0069448E">
        <w:rPr>
          <w:rFonts w:eastAsia="Georgia"/>
          <w:sz w:val="17"/>
          <w:lang w:val="pt-BR"/>
        </w:rPr>
        <w:t xml:space="preserve"> de hasta 250 </w:t>
      </w:r>
      <w:proofErr w:type="spellStart"/>
      <w:r w:rsidRPr="0069448E">
        <w:rPr>
          <w:rFonts w:eastAsia="Georgia"/>
          <w:sz w:val="17"/>
          <w:lang w:val="pt-BR"/>
        </w:rPr>
        <w:t>palabras</w:t>
      </w:r>
      <w:proofErr w:type="spellEnd"/>
      <w:r w:rsidRPr="0069448E">
        <w:rPr>
          <w:rFonts w:eastAsia="Georgia"/>
          <w:sz w:val="17"/>
          <w:lang w:val="pt-BR"/>
        </w:rPr>
        <w:t xml:space="preserve"> </w:t>
      </w:r>
      <w:proofErr w:type="spellStart"/>
      <w:r w:rsidRPr="0069448E">
        <w:rPr>
          <w:rFonts w:eastAsia="Georgia"/>
          <w:sz w:val="17"/>
          <w:lang w:val="pt-BR"/>
        </w:rPr>
        <w:t>aquí</w:t>
      </w:r>
      <w:proofErr w:type="spellEnd"/>
      <w:r w:rsidRPr="0069448E">
        <w:rPr>
          <w:rFonts w:eastAsia="Georgia"/>
          <w:sz w:val="17"/>
          <w:lang w:val="pt-BR"/>
        </w:rPr>
        <w:t xml:space="preserve">. </w:t>
      </w:r>
      <w:proofErr w:type="spellStart"/>
      <w:r w:rsidRPr="0069448E">
        <w:rPr>
          <w:rFonts w:eastAsia="Georgia"/>
          <w:sz w:val="17"/>
          <w:lang w:val="pt-BR"/>
        </w:rPr>
        <w:t>Debe</w:t>
      </w:r>
      <w:proofErr w:type="spellEnd"/>
      <w:r w:rsidRPr="0069448E">
        <w:rPr>
          <w:rFonts w:eastAsia="Georgia"/>
          <w:sz w:val="17"/>
          <w:lang w:val="pt-BR"/>
        </w:rPr>
        <w:t xml:space="preserve"> </w:t>
      </w:r>
      <w:proofErr w:type="spellStart"/>
      <w:r w:rsidRPr="0069448E">
        <w:rPr>
          <w:rFonts w:eastAsia="Georgia"/>
          <w:sz w:val="17"/>
          <w:lang w:val="pt-BR"/>
        </w:rPr>
        <w:t>contener</w:t>
      </w:r>
      <w:proofErr w:type="spellEnd"/>
      <w:r w:rsidRPr="0069448E">
        <w:rPr>
          <w:rFonts w:eastAsia="Georgia"/>
          <w:sz w:val="17"/>
          <w:lang w:val="pt-BR"/>
        </w:rPr>
        <w:t xml:space="preserve"> </w:t>
      </w:r>
      <w:proofErr w:type="spellStart"/>
      <w:r w:rsidRPr="0069448E">
        <w:rPr>
          <w:rFonts w:eastAsia="Georgia"/>
          <w:sz w:val="17"/>
          <w:lang w:val="pt-BR"/>
        </w:rPr>
        <w:t>el</w:t>
      </w:r>
      <w:proofErr w:type="spellEnd"/>
      <w:r w:rsidRPr="0069448E">
        <w:rPr>
          <w:rFonts w:eastAsia="Georgia"/>
          <w:sz w:val="17"/>
          <w:lang w:val="pt-BR"/>
        </w:rPr>
        <w:t xml:space="preserve"> objetivo, método, resultados y </w:t>
      </w:r>
      <w:proofErr w:type="spellStart"/>
      <w:r w:rsidRPr="0069448E">
        <w:rPr>
          <w:rFonts w:eastAsia="Georgia"/>
          <w:sz w:val="17"/>
          <w:lang w:val="pt-BR"/>
        </w:rPr>
        <w:t>conclusiones</w:t>
      </w:r>
      <w:proofErr w:type="spellEnd"/>
      <w:r w:rsidRPr="0069448E">
        <w:rPr>
          <w:rFonts w:eastAsia="Georgia"/>
          <w:sz w:val="17"/>
          <w:lang w:val="pt-BR"/>
        </w:rPr>
        <w:t xml:space="preserve"> </w:t>
      </w:r>
      <w:proofErr w:type="spellStart"/>
      <w:r w:rsidRPr="0069448E">
        <w:rPr>
          <w:rFonts w:eastAsia="Georgia"/>
          <w:sz w:val="17"/>
          <w:lang w:val="pt-BR"/>
        </w:rPr>
        <w:t>del</w:t>
      </w:r>
      <w:proofErr w:type="spellEnd"/>
      <w:r w:rsidRPr="0069448E">
        <w:rPr>
          <w:rFonts w:eastAsia="Georgia"/>
          <w:sz w:val="17"/>
          <w:lang w:val="pt-BR"/>
        </w:rPr>
        <w:t xml:space="preserve"> </w:t>
      </w:r>
      <w:proofErr w:type="spellStart"/>
      <w:r w:rsidRPr="0069448E">
        <w:rPr>
          <w:rFonts w:eastAsia="Georgia"/>
          <w:sz w:val="17"/>
          <w:lang w:val="pt-BR"/>
        </w:rPr>
        <w:t>estudio</w:t>
      </w:r>
      <w:proofErr w:type="spellEnd"/>
      <w:r w:rsidRPr="0069448E">
        <w:rPr>
          <w:rFonts w:eastAsia="Georgia"/>
          <w:sz w:val="17"/>
          <w:lang w:val="pt-BR"/>
        </w:rPr>
        <w:t xml:space="preserve"> de forma sucinta y continua. Texto </w:t>
      </w:r>
      <w:proofErr w:type="spellStart"/>
      <w:r w:rsidRPr="0069448E">
        <w:rPr>
          <w:rFonts w:eastAsia="Georgia"/>
          <w:sz w:val="17"/>
          <w:lang w:val="pt-BR"/>
        </w:rPr>
        <w:t>placeholder</w:t>
      </w:r>
      <w:proofErr w:type="spellEnd"/>
      <w:r w:rsidRPr="0069448E">
        <w:rPr>
          <w:rFonts w:eastAsia="Georgia"/>
          <w:sz w:val="17"/>
          <w:lang w:val="pt-BR"/>
        </w:rPr>
        <w:t xml:space="preserve"> para demostrar </w:t>
      </w:r>
      <w:proofErr w:type="spellStart"/>
      <w:r w:rsidRPr="0069448E">
        <w:rPr>
          <w:rFonts w:eastAsia="Georgia"/>
          <w:sz w:val="17"/>
          <w:lang w:val="pt-BR"/>
        </w:rPr>
        <w:t>el</w:t>
      </w:r>
      <w:proofErr w:type="spellEnd"/>
      <w:r w:rsidRPr="0069448E">
        <w:rPr>
          <w:rFonts w:eastAsia="Georgia"/>
          <w:sz w:val="17"/>
          <w:lang w:val="pt-BR"/>
        </w:rPr>
        <w:t xml:space="preserve"> </w:t>
      </w:r>
      <w:proofErr w:type="spellStart"/>
      <w:r w:rsidRPr="0069448E">
        <w:rPr>
          <w:rFonts w:eastAsia="Georgia"/>
          <w:sz w:val="17"/>
          <w:lang w:val="pt-BR"/>
        </w:rPr>
        <w:t>flujo</w:t>
      </w:r>
      <w:proofErr w:type="spellEnd"/>
      <w:r w:rsidRPr="0069448E">
        <w:rPr>
          <w:rFonts w:eastAsia="Georgia"/>
          <w:sz w:val="17"/>
          <w:lang w:val="pt-BR"/>
        </w:rPr>
        <w:t xml:space="preserve"> de </w:t>
      </w:r>
      <w:proofErr w:type="spellStart"/>
      <w:r w:rsidRPr="0069448E">
        <w:rPr>
          <w:rFonts w:eastAsia="Georgia"/>
          <w:sz w:val="17"/>
          <w:lang w:val="pt-BR"/>
        </w:rPr>
        <w:t>la</w:t>
      </w:r>
      <w:proofErr w:type="spellEnd"/>
      <w:r w:rsidRPr="0069448E">
        <w:rPr>
          <w:rFonts w:eastAsia="Georgia"/>
          <w:sz w:val="17"/>
          <w:lang w:val="pt-BR"/>
        </w:rPr>
        <w:t xml:space="preserve"> </w:t>
      </w:r>
      <w:proofErr w:type="spellStart"/>
      <w:r w:rsidRPr="0069448E">
        <w:rPr>
          <w:rFonts w:eastAsia="Georgia"/>
          <w:sz w:val="17"/>
          <w:lang w:val="pt-BR"/>
        </w:rPr>
        <w:t>diagramación</w:t>
      </w:r>
      <w:proofErr w:type="spellEnd"/>
      <w:r w:rsidRPr="0069448E">
        <w:rPr>
          <w:rFonts w:eastAsia="Georgia"/>
          <w:sz w:val="17"/>
          <w:lang w:val="pt-BR"/>
        </w:rPr>
        <w:t>.</w:t>
      </w:r>
    </w:p>
    <w:p w14:paraId="13599837" w14:textId="77777777" w:rsidR="00761A29" w:rsidRPr="0069448E" w:rsidRDefault="00000000">
      <w:pPr>
        <w:spacing w:after="140"/>
        <w:ind w:left="198"/>
        <w:rPr>
          <w:lang w:val="pt-BR"/>
        </w:rPr>
      </w:pPr>
      <w:proofErr w:type="spellStart"/>
      <w:r w:rsidRPr="0069448E">
        <w:rPr>
          <w:rFonts w:ascii="Arial" w:eastAsia="Arial" w:hAnsi="Arial"/>
          <w:b/>
          <w:color w:val="0D5968"/>
          <w:sz w:val="16"/>
          <w:lang w:val="pt-BR"/>
        </w:rPr>
        <w:t>Palabras</w:t>
      </w:r>
      <w:proofErr w:type="spellEnd"/>
      <w:r w:rsidRPr="0069448E">
        <w:rPr>
          <w:rFonts w:ascii="Arial" w:eastAsia="Arial" w:hAnsi="Arial"/>
          <w:b/>
          <w:color w:val="0D5968"/>
          <w:sz w:val="16"/>
          <w:lang w:val="pt-BR"/>
        </w:rPr>
        <w:t xml:space="preserve"> clave: </w:t>
      </w:r>
      <w:proofErr w:type="spellStart"/>
      <w:r w:rsidRPr="0069448E">
        <w:rPr>
          <w:rFonts w:eastAsia="Georgia"/>
          <w:color w:val="647175"/>
          <w:sz w:val="17"/>
          <w:lang w:val="pt-BR"/>
        </w:rPr>
        <w:t>Palabra</w:t>
      </w:r>
      <w:proofErr w:type="spellEnd"/>
      <w:r w:rsidRPr="0069448E">
        <w:rPr>
          <w:rFonts w:eastAsia="Georgia"/>
          <w:color w:val="647175"/>
          <w:sz w:val="17"/>
          <w:lang w:val="pt-BR"/>
        </w:rPr>
        <w:t xml:space="preserve"> 1; </w:t>
      </w:r>
      <w:proofErr w:type="spellStart"/>
      <w:r w:rsidRPr="0069448E">
        <w:rPr>
          <w:rFonts w:eastAsia="Georgia"/>
          <w:color w:val="647175"/>
          <w:sz w:val="17"/>
          <w:lang w:val="pt-BR"/>
        </w:rPr>
        <w:t>Palabra</w:t>
      </w:r>
      <w:proofErr w:type="spellEnd"/>
      <w:r w:rsidRPr="0069448E">
        <w:rPr>
          <w:rFonts w:eastAsia="Georgia"/>
          <w:color w:val="647175"/>
          <w:sz w:val="17"/>
          <w:lang w:val="pt-BR"/>
        </w:rPr>
        <w:t xml:space="preserve"> 2; </w:t>
      </w:r>
      <w:proofErr w:type="spellStart"/>
      <w:r w:rsidRPr="0069448E">
        <w:rPr>
          <w:rFonts w:eastAsia="Georgia"/>
          <w:color w:val="647175"/>
          <w:sz w:val="17"/>
          <w:lang w:val="pt-BR"/>
        </w:rPr>
        <w:t>Palabra</w:t>
      </w:r>
      <w:proofErr w:type="spellEnd"/>
      <w:r w:rsidRPr="0069448E">
        <w:rPr>
          <w:rFonts w:eastAsia="Georgia"/>
          <w:color w:val="647175"/>
          <w:sz w:val="17"/>
          <w:lang w:val="pt-BR"/>
        </w:rPr>
        <w:t xml:space="preserve"> 3; </w:t>
      </w:r>
      <w:proofErr w:type="spellStart"/>
      <w:r w:rsidRPr="0069448E">
        <w:rPr>
          <w:rFonts w:eastAsia="Georgia"/>
          <w:color w:val="647175"/>
          <w:sz w:val="17"/>
          <w:lang w:val="pt-BR"/>
        </w:rPr>
        <w:t>Palabra</w:t>
      </w:r>
      <w:proofErr w:type="spellEnd"/>
      <w:r w:rsidRPr="0069448E">
        <w:rPr>
          <w:rFonts w:eastAsia="Georgia"/>
          <w:color w:val="647175"/>
          <w:sz w:val="17"/>
          <w:lang w:val="pt-BR"/>
        </w:rPr>
        <w:t xml:space="preserve"> 4; </w:t>
      </w:r>
      <w:proofErr w:type="spellStart"/>
      <w:r w:rsidRPr="0069448E">
        <w:rPr>
          <w:rFonts w:eastAsia="Georgia"/>
          <w:color w:val="647175"/>
          <w:sz w:val="17"/>
          <w:lang w:val="pt-BR"/>
        </w:rPr>
        <w:t>Palabra</w:t>
      </w:r>
      <w:proofErr w:type="spellEnd"/>
      <w:r w:rsidRPr="0069448E">
        <w:rPr>
          <w:rFonts w:eastAsia="Georgia"/>
          <w:color w:val="647175"/>
          <w:sz w:val="17"/>
          <w:lang w:val="pt-BR"/>
        </w:rPr>
        <w:t xml:space="preserve"> 5.</w:t>
      </w:r>
    </w:p>
    <w:p w14:paraId="6F312A5A" w14:textId="77777777" w:rsidR="00761A29" w:rsidRPr="0069448E" w:rsidRDefault="00000000">
      <w:pPr>
        <w:pStyle w:val="Ttulo1"/>
        <w:rPr>
          <w:lang w:val="pt-BR"/>
        </w:rPr>
      </w:pPr>
      <w:r w:rsidRPr="0069448E">
        <w:rPr>
          <w:lang w:val="pt-BR"/>
        </w:rPr>
        <w:t>INTRODUÇÃO</w:t>
      </w:r>
    </w:p>
    <w:p w14:paraId="4C32BDA0" w14:textId="77777777" w:rsidR="00761A29" w:rsidRPr="0069448E" w:rsidRDefault="00000000" w:rsidP="0069448E">
      <w:pPr>
        <w:pStyle w:val="Body"/>
        <w:ind w:firstLine="425"/>
        <w:jc w:val="both"/>
        <w:rPr>
          <w:lang w:val="pt-BR"/>
        </w:rPr>
      </w:pPr>
      <w:r w:rsidRPr="0069448E">
        <w:rPr>
          <w:lang w:val="pt-BR"/>
        </w:rPr>
        <w:t>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14:paraId="51A17193" w14:textId="77777777" w:rsidR="00761A29" w:rsidRPr="0069448E" w:rsidRDefault="00000000" w:rsidP="0069448E">
      <w:pPr>
        <w:pStyle w:val="CitaolongaABNT"/>
        <w:rPr>
          <w:lang w:val="pt-BR"/>
        </w:rPr>
      </w:pPr>
      <w:r w:rsidRPr="0069448E">
        <w:rPr>
          <w:lang w:val="pt-BR"/>
        </w:rPr>
        <w:t>Citação direta com mais de três linhas: substitua este texto pelo trecho transcrito, sem utilizar aspas. Mantenha o recuo de 4 cm, a fonte menor que a do texto, o espaçamento simples e a indicação da página ou da localização, quando disponível (Sobrenome, 2025, p. 00).</w:t>
      </w:r>
    </w:p>
    <w:p w14:paraId="398EF510" w14:textId="77777777" w:rsidR="00761A29" w:rsidRPr="0069448E" w:rsidRDefault="00000000">
      <w:pPr>
        <w:pStyle w:val="Ttulo1"/>
        <w:rPr>
          <w:lang w:val="pt-BR"/>
        </w:rPr>
      </w:pPr>
      <w:r w:rsidRPr="0069448E">
        <w:rPr>
          <w:lang w:val="pt-BR"/>
        </w:rPr>
        <w:t>1. TÍTULO DE SEÇÃO</w:t>
      </w:r>
    </w:p>
    <w:p w14:paraId="3C5C266D" w14:textId="77777777" w:rsidR="00761A29" w:rsidRPr="0069448E" w:rsidRDefault="00000000" w:rsidP="0069448E">
      <w:pPr>
        <w:pStyle w:val="Body"/>
        <w:ind w:firstLine="425"/>
        <w:jc w:val="both"/>
        <w:rPr>
          <w:lang w:val="pt-BR"/>
        </w:rPr>
      </w:pPr>
      <w:r w:rsidRPr="0069448E">
        <w:rPr>
          <w:lang w:val="pt-BR"/>
        </w:rPr>
        <w:t>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14:paraId="363B059B" w14:textId="77777777" w:rsidR="00761A29" w:rsidRPr="0069448E" w:rsidRDefault="00000000">
      <w:pPr>
        <w:pStyle w:val="Ttulo2"/>
        <w:rPr>
          <w:lang w:val="pt-BR"/>
        </w:rPr>
      </w:pPr>
      <w:r w:rsidRPr="0069448E">
        <w:rPr>
          <w:lang w:val="pt-BR"/>
        </w:rPr>
        <w:t>1.1 SUBTÍTULO DE SEÇÃO</w:t>
      </w:r>
    </w:p>
    <w:p w14:paraId="1152D544" w14:textId="77777777" w:rsidR="00761A29" w:rsidRPr="0069448E" w:rsidRDefault="00000000" w:rsidP="0069448E">
      <w:pPr>
        <w:pStyle w:val="Body"/>
        <w:ind w:firstLine="425"/>
        <w:jc w:val="both"/>
        <w:rPr>
          <w:lang w:val="pt-BR"/>
        </w:rPr>
      </w:pPr>
      <w:r w:rsidRPr="0069448E">
        <w:rPr>
          <w:lang w:val="pt-BR"/>
        </w:rPr>
        <w:t>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14:paraId="31CC4FE5" w14:textId="77777777" w:rsidR="00761A29" w:rsidRPr="0069448E" w:rsidRDefault="00000000">
      <w:pPr>
        <w:pStyle w:val="Ttulo2"/>
        <w:rPr>
          <w:lang w:val="pt-BR"/>
        </w:rPr>
      </w:pPr>
      <w:r w:rsidRPr="0069448E">
        <w:rPr>
          <w:lang w:val="pt-BR"/>
        </w:rPr>
        <w:t>1.2 SUBTÍTULO DE SEÇÃO</w:t>
      </w:r>
    </w:p>
    <w:p w14:paraId="0621D4E5" w14:textId="77777777" w:rsidR="00761A29" w:rsidRPr="0069448E" w:rsidRDefault="00000000" w:rsidP="0069448E">
      <w:pPr>
        <w:pStyle w:val="Body"/>
        <w:ind w:firstLine="425"/>
        <w:jc w:val="both"/>
        <w:rPr>
          <w:lang w:val="pt-BR"/>
        </w:rPr>
      </w:pPr>
      <w:r w:rsidRPr="0069448E">
        <w:rPr>
          <w:lang w:val="pt-BR"/>
        </w:rPr>
        <w:t>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14:paraId="5AF0FA5B" w14:textId="77777777" w:rsidR="00761A29" w:rsidRPr="0069448E" w:rsidRDefault="00000000">
      <w:pPr>
        <w:pStyle w:val="Ttulo1"/>
        <w:rPr>
          <w:lang w:val="pt-BR"/>
        </w:rPr>
      </w:pPr>
      <w:r w:rsidRPr="0069448E">
        <w:rPr>
          <w:lang w:val="pt-BR"/>
        </w:rPr>
        <w:lastRenderedPageBreak/>
        <w:t>CONCLUSÃO</w:t>
      </w:r>
    </w:p>
    <w:p w14:paraId="69C1527E" w14:textId="77777777" w:rsidR="00761A29" w:rsidRPr="0069448E" w:rsidRDefault="00000000" w:rsidP="0069448E">
      <w:pPr>
        <w:pStyle w:val="Body"/>
        <w:ind w:firstLine="425"/>
        <w:jc w:val="both"/>
        <w:rPr>
          <w:lang w:val="pt-BR"/>
        </w:rPr>
      </w:pPr>
      <w:r w:rsidRPr="0069448E">
        <w:rPr>
          <w:lang w:val="pt-BR"/>
        </w:rPr>
        <w:t>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14:paraId="38869905" w14:textId="77777777" w:rsidR="00761A29" w:rsidRPr="0069448E" w:rsidRDefault="00000000">
      <w:pPr>
        <w:pStyle w:val="Ttulo1"/>
        <w:rPr>
          <w:lang w:val="pt-BR"/>
        </w:rPr>
      </w:pPr>
      <w:r w:rsidRPr="0069448E">
        <w:rPr>
          <w:lang w:val="pt-BR"/>
        </w:rPr>
        <w:t>REFERÊNCIAS</w:t>
      </w:r>
    </w:p>
    <w:p w14:paraId="1EA92837" w14:textId="77777777" w:rsidR="00761A29" w:rsidRPr="0069448E" w:rsidRDefault="00000000" w:rsidP="00A01783">
      <w:pPr>
        <w:pStyle w:val="RefernciaABNT6023"/>
        <w:spacing w:after="100"/>
        <w:ind w:left="425" w:hanging="425"/>
        <w:jc w:val="both"/>
        <w:rPr>
          <w:lang w:val="pt-BR"/>
        </w:rPr>
      </w:pPr>
      <w:r w:rsidRPr="0069448E">
        <w:rPr>
          <w:lang w:val="pt-BR"/>
        </w:rPr>
        <w:t xml:space="preserve">SOBRENOME, Nome; SOBRENOME, Nome. </w:t>
      </w:r>
      <w:r w:rsidRPr="0069448E">
        <w:rPr>
          <w:b/>
          <w:lang w:val="pt-BR"/>
        </w:rPr>
        <w:t>Título do livro: subtítulo, se houver</w:t>
      </w:r>
      <w:r w:rsidRPr="0069448E">
        <w:rPr>
          <w:lang w:val="pt-BR"/>
        </w:rPr>
        <w:t>. Cidade: Editora, 2025.</w:t>
      </w:r>
    </w:p>
    <w:p w14:paraId="5A787FD3" w14:textId="77777777" w:rsidR="00761A29" w:rsidRPr="0069448E" w:rsidRDefault="00000000" w:rsidP="00A01783">
      <w:pPr>
        <w:pStyle w:val="RefernciaABNT6023"/>
        <w:spacing w:after="100"/>
        <w:ind w:left="425" w:hanging="425"/>
        <w:jc w:val="both"/>
        <w:rPr>
          <w:lang w:val="pt-BR"/>
        </w:rPr>
      </w:pPr>
      <w:r w:rsidRPr="0069448E">
        <w:rPr>
          <w:lang w:val="pt-BR"/>
        </w:rPr>
        <w:t xml:space="preserve">SOBRENOME, Nome. Título do artigo do periódico. </w:t>
      </w:r>
      <w:r w:rsidRPr="0069448E">
        <w:rPr>
          <w:b/>
          <w:lang w:val="pt-BR"/>
        </w:rPr>
        <w:t>Nome da Revista</w:t>
      </w:r>
      <w:r w:rsidRPr="0069448E">
        <w:rPr>
          <w:lang w:val="pt-BR"/>
        </w:rPr>
        <w:t xml:space="preserve">, Cidade, v. 12, n. 3, p. 00–00, 2025. DOI: </w:t>
      </w:r>
      <w:hyperlink r:id="rId8">
        <w:r w:rsidR="00761A29" w:rsidRPr="0069448E">
          <w:rPr>
            <w:color w:val="056071"/>
            <w:u w:val="single"/>
            <w:lang w:val="pt-BR"/>
          </w:rPr>
          <w:t>https://doi.org/10.0000/exemplo</w:t>
        </w:r>
      </w:hyperlink>
      <w:r w:rsidRPr="0069448E">
        <w:rPr>
          <w:lang w:val="pt-BR"/>
        </w:rPr>
        <w:t xml:space="preserve">. Disponível em: </w:t>
      </w:r>
      <w:hyperlink r:id="rId9">
        <w:r w:rsidR="00761A29" w:rsidRPr="0069448E">
          <w:rPr>
            <w:color w:val="056071"/>
            <w:u w:val="single"/>
            <w:lang w:val="pt-BR"/>
          </w:rPr>
          <w:t>https://exemplo.org/artigo</w:t>
        </w:r>
      </w:hyperlink>
      <w:r w:rsidRPr="0069448E">
        <w:rPr>
          <w:lang w:val="pt-BR"/>
        </w:rPr>
        <w:t>. Acesso em: 30 jul. 2026.</w:t>
      </w:r>
    </w:p>
    <w:p w14:paraId="5BCCA42F" w14:textId="77777777" w:rsidR="00761A29" w:rsidRPr="0069448E" w:rsidRDefault="00000000" w:rsidP="00A01783">
      <w:pPr>
        <w:pStyle w:val="RefernciaABNT6023"/>
        <w:spacing w:after="100"/>
        <w:ind w:left="425" w:hanging="425"/>
        <w:jc w:val="both"/>
        <w:rPr>
          <w:lang w:val="pt-BR"/>
        </w:rPr>
      </w:pPr>
      <w:r w:rsidRPr="0069448E">
        <w:rPr>
          <w:lang w:val="pt-BR"/>
        </w:rPr>
        <w:t xml:space="preserve">SOBRENOME, Nome; SOBRENOME, Nome; SOBRENOME, Nome. Título do artigo. </w:t>
      </w:r>
      <w:r w:rsidRPr="0069448E">
        <w:rPr>
          <w:b/>
          <w:lang w:val="pt-BR"/>
        </w:rPr>
        <w:t>Nome do Periódico</w:t>
      </w:r>
      <w:r w:rsidRPr="0069448E">
        <w:rPr>
          <w:lang w:val="pt-BR"/>
        </w:rPr>
        <w:t>, Cidade, v. 8, n. 1, p. 00–00, 2025.</w:t>
      </w:r>
    </w:p>
    <w:p w14:paraId="54C37371" w14:textId="77777777" w:rsidR="00761A29" w:rsidRPr="0069448E" w:rsidRDefault="00000000" w:rsidP="00A01783">
      <w:pPr>
        <w:pStyle w:val="RefernciaABNT6023"/>
        <w:spacing w:after="100"/>
        <w:ind w:left="425" w:hanging="425"/>
        <w:jc w:val="both"/>
        <w:rPr>
          <w:lang w:val="pt-BR"/>
        </w:rPr>
      </w:pPr>
      <w:r w:rsidRPr="0069448E">
        <w:rPr>
          <w:lang w:val="pt-BR"/>
        </w:rPr>
        <w:t xml:space="preserve">SOBRENOME, Nome. </w:t>
      </w:r>
      <w:r w:rsidRPr="0069448E">
        <w:rPr>
          <w:b/>
          <w:lang w:val="pt-BR"/>
        </w:rPr>
        <w:t>Título do livro</w:t>
      </w:r>
      <w:r w:rsidRPr="0069448E">
        <w:rPr>
          <w:lang w:val="pt-BR"/>
        </w:rPr>
        <w:t>. 2. ed. Cidade: Editora, 2025.</w:t>
      </w:r>
    </w:p>
    <w:p w14:paraId="6930A41E" w14:textId="77777777" w:rsidR="00761A29" w:rsidRPr="0069448E" w:rsidRDefault="00000000" w:rsidP="00A01783">
      <w:pPr>
        <w:pStyle w:val="RefernciaABNT6023"/>
        <w:spacing w:after="100"/>
        <w:ind w:left="425" w:hanging="425"/>
        <w:jc w:val="both"/>
        <w:rPr>
          <w:lang w:val="pt-BR"/>
        </w:rPr>
      </w:pPr>
      <w:r w:rsidRPr="0069448E">
        <w:rPr>
          <w:lang w:val="pt-BR"/>
        </w:rPr>
        <w:t xml:space="preserve">SOBRENOME, Nome. Título do capítulo. In: SOBRENOME, Nome (org.). </w:t>
      </w:r>
      <w:r w:rsidRPr="0069448E">
        <w:rPr>
          <w:b/>
          <w:lang w:val="pt-BR"/>
        </w:rPr>
        <w:t>Título da obra coletiva</w:t>
      </w:r>
      <w:r w:rsidRPr="0069448E">
        <w:rPr>
          <w:lang w:val="pt-BR"/>
        </w:rPr>
        <w:t>. Cidade: Editora, 2025. p. 00–00.</w:t>
      </w:r>
    </w:p>
    <w:p w14:paraId="0A150C96" w14:textId="77777777" w:rsidR="00761A29" w:rsidRPr="0069448E" w:rsidRDefault="00000000" w:rsidP="0069448E">
      <w:pPr>
        <w:pStyle w:val="Ttulo1"/>
        <w:rPr>
          <w:lang w:val="pt-BR"/>
        </w:rPr>
      </w:pPr>
      <w:r w:rsidRPr="0069448E">
        <w:rPr>
          <w:lang w:val="pt-BR"/>
        </w:rPr>
        <w:t>DECLARAÇÕES, CONFORMIDADE E CIÊNCIA ABERTA</w:t>
      </w:r>
    </w:p>
    <w:p w14:paraId="6490895E" w14:textId="77777777" w:rsidR="00761A29" w:rsidRPr="0069448E" w:rsidRDefault="00000000" w:rsidP="0069448E">
      <w:pPr>
        <w:pStyle w:val="Body"/>
        <w:spacing w:after="200"/>
        <w:jc w:val="both"/>
        <w:rPr>
          <w:lang w:val="pt-BR"/>
        </w:rPr>
      </w:pPr>
      <w:r w:rsidRPr="0069448E">
        <w:rPr>
          <w:rFonts w:ascii="Arial" w:eastAsia="Arial" w:hAnsi="Arial"/>
          <w:b/>
          <w:color w:val="073F49"/>
          <w:lang w:val="pt-BR"/>
        </w:rPr>
        <w:t xml:space="preserve">LICENÇA DE USO: </w:t>
      </w:r>
      <w:r w:rsidRPr="0069448E">
        <w:rPr>
          <w:rFonts w:ascii="Arial" w:eastAsia="Georgia" w:hAnsi="Arial" w:cs="Arial"/>
          <w:lang w:val="pt-BR"/>
        </w:rPr>
        <w:t xml:space="preserve">Este é um artigo publicado em acesso aberto (Open Access) sob a licença </w:t>
      </w:r>
      <w:proofErr w:type="spellStart"/>
      <w:r w:rsidRPr="0069448E">
        <w:rPr>
          <w:rFonts w:ascii="Arial" w:eastAsia="Georgia" w:hAnsi="Arial" w:cs="Arial"/>
          <w:lang w:val="pt-BR"/>
        </w:rPr>
        <w:t>Creative</w:t>
      </w:r>
      <w:proofErr w:type="spellEnd"/>
      <w:r w:rsidRPr="0069448E">
        <w:rPr>
          <w:rFonts w:ascii="Arial" w:eastAsia="Georgia" w:hAnsi="Arial" w:cs="Arial"/>
          <w:lang w:val="pt-BR"/>
        </w:rPr>
        <w:t xml:space="preserve"> Commons Atribuição 4.0 Internacional (CC BY 4.0), que permite uso, distribuição e reprodução em qualquer meio, desde que o trabalho original seja corretamente citado.</w:t>
      </w:r>
    </w:p>
    <w:p w14:paraId="17F2C1CE" w14:textId="77777777" w:rsidR="00761A29" w:rsidRPr="0069448E" w:rsidRDefault="00000000" w:rsidP="0069448E">
      <w:pPr>
        <w:pStyle w:val="Ttulo2"/>
        <w:rPr>
          <w:lang w:val="pt-BR"/>
        </w:rPr>
      </w:pPr>
      <w:r w:rsidRPr="0069448E">
        <w:rPr>
          <w:lang w:val="pt-BR"/>
        </w:rPr>
        <w:t>CONFLITO DE INTERESSES:</w:t>
      </w:r>
    </w:p>
    <w:p w14:paraId="5701A977"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As pessoas autoras declararam que não existe nenhum conflito de interesses neste trabalho.</w:t>
      </w:r>
    </w:p>
    <w:p w14:paraId="75CF2BD2"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As pessoas autoras declaram os seguintes conflitos de interesse: [descrever].</w:t>
      </w:r>
    </w:p>
    <w:p w14:paraId="27D0FF37" w14:textId="77777777" w:rsidR="00761A29" w:rsidRPr="0069448E" w:rsidRDefault="00000000" w:rsidP="0069448E">
      <w:pPr>
        <w:pStyle w:val="Ttulo2"/>
        <w:rPr>
          <w:lang w:val="pt-BR"/>
        </w:rPr>
      </w:pPr>
      <w:r w:rsidRPr="0069448E">
        <w:rPr>
          <w:lang w:val="pt-BR"/>
        </w:rPr>
        <w:t xml:space="preserve">CONTRIBUIÇÕES AUTORAIS (Taxonomia </w:t>
      </w:r>
      <w:proofErr w:type="spellStart"/>
      <w:r w:rsidRPr="0069448E">
        <w:rPr>
          <w:lang w:val="pt-BR"/>
        </w:rPr>
        <w:t>CRediT</w:t>
      </w:r>
      <w:proofErr w:type="spellEnd"/>
      <w:r w:rsidRPr="0069448E">
        <w:rPr>
          <w:lang w:val="pt-BR"/>
        </w:rPr>
        <w:t>):</w:t>
      </w:r>
    </w:p>
    <w:p w14:paraId="17DBB86D" w14:textId="77777777" w:rsidR="00761A29" w:rsidRPr="0069448E" w:rsidRDefault="00000000" w:rsidP="0069448E">
      <w:pPr>
        <w:pStyle w:val="Body"/>
        <w:spacing w:after="60"/>
        <w:jc w:val="both"/>
        <w:rPr>
          <w:rFonts w:ascii="Arial" w:hAnsi="Arial" w:cs="Arial"/>
          <w:lang w:val="pt-BR"/>
        </w:rPr>
      </w:pPr>
      <w:r w:rsidRPr="00EC0C93">
        <w:rPr>
          <w:lang w:val="pt-BR"/>
        </w:rPr>
        <w:t>Pessoa autora 1: [Inserir papel, ex.: Conceituação, Escrita - rascunho original]</w:t>
      </w:r>
    </w:p>
    <w:p w14:paraId="633EE019" w14:textId="77777777" w:rsidR="00761A29" w:rsidRPr="0069448E" w:rsidRDefault="00000000" w:rsidP="0069448E">
      <w:pPr>
        <w:pStyle w:val="Body"/>
        <w:spacing w:after="60"/>
        <w:jc w:val="both"/>
        <w:rPr>
          <w:rFonts w:ascii="Arial" w:hAnsi="Arial" w:cs="Arial"/>
          <w:lang w:val="pt-BR"/>
        </w:rPr>
      </w:pPr>
      <w:r w:rsidRPr="00EC0C93">
        <w:rPr>
          <w:lang w:val="pt-BR"/>
        </w:rPr>
        <w:t>Pessoa autora 2: [Inserir papel, ex.: Análise formal, Escrita - revisão e edição]</w:t>
      </w:r>
    </w:p>
    <w:p w14:paraId="7E280940" w14:textId="77777777" w:rsidR="00761A29" w:rsidRPr="0069448E" w:rsidRDefault="00000000" w:rsidP="0069448E">
      <w:pPr>
        <w:pStyle w:val="Ttulo2"/>
        <w:rPr>
          <w:lang w:val="pt-BR"/>
        </w:rPr>
      </w:pPr>
      <w:r w:rsidRPr="0069448E">
        <w:rPr>
          <w:lang w:val="pt-BR"/>
        </w:rPr>
        <w:t>FINANCIAMENTO:</w:t>
      </w:r>
    </w:p>
    <w:p w14:paraId="60F7EB36" w14:textId="77777777" w:rsidR="00761A29" w:rsidRPr="0069448E" w:rsidRDefault="00000000" w:rsidP="0069448E">
      <w:pPr>
        <w:pStyle w:val="Body"/>
        <w:jc w:val="both"/>
        <w:rPr>
          <w:rFonts w:ascii="Arial" w:hAnsi="Arial" w:cs="Arial"/>
          <w:lang w:val="pt-BR"/>
        </w:rPr>
      </w:pPr>
      <w:r w:rsidRPr="0069448E">
        <w:rPr>
          <w:rFonts w:ascii="Arial" w:hAnsi="Arial" w:cs="Arial"/>
          <w:lang w:val="pt-BR"/>
        </w:rPr>
        <w:t>O presente trabalho foi realizado com apoio da [Inserir agência de fomento se houver, ex.: CAPES, CNPq, FUNDECT / Caso não haja, inserir: O presente trabalho não recebeu financiamento externo].</w:t>
      </w:r>
    </w:p>
    <w:p w14:paraId="22076656" w14:textId="77777777" w:rsidR="00761A29" w:rsidRPr="0069448E" w:rsidRDefault="00000000" w:rsidP="0069448E">
      <w:pPr>
        <w:pStyle w:val="Ttulo2"/>
        <w:rPr>
          <w:lang w:val="pt-BR"/>
        </w:rPr>
      </w:pPr>
      <w:r w:rsidRPr="0069448E">
        <w:rPr>
          <w:lang w:val="pt-BR"/>
        </w:rPr>
        <w:t>DISPONIBILIDADE DE DADOS DE PESQUISA:</w:t>
      </w:r>
    </w:p>
    <w:p w14:paraId="10EDC46A"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Os dados de pesquisa estão disponíveis em [nome do repositório], em: [DOI ou endereço persistente].</w:t>
      </w:r>
    </w:p>
    <w:p w14:paraId="0C94E1D0"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Os dados de pesquisa estão incluídos no artigo e em seus materiais suplementares.</w:t>
      </w:r>
    </w:p>
    <w:p w14:paraId="46A7B118" w14:textId="2DA945C0"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Os dados n</w:t>
      </w:r>
      <w:r w:rsidR="00EC0C93">
        <w:rPr>
          <w:rFonts w:eastAsia="Arial" w:cs="Arial"/>
          <w:lang w:val="pt-BR"/>
        </w:rPr>
        <w:t>ã</w:t>
      </w:r>
      <w:r w:rsidRPr="0069448E">
        <w:rPr>
          <w:rFonts w:eastAsia="Arial" w:cs="Arial"/>
          <w:lang w:val="pt-BR"/>
        </w:rPr>
        <w:t>o podem ser disponibilizados publicamente em raz</w:t>
      </w:r>
      <w:r w:rsidR="00EC0C93">
        <w:rPr>
          <w:rFonts w:eastAsia="Arial" w:cs="Arial"/>
          <w:lang w:val="pt-BR"/>
        </w:rPr>
        <w:t>ã</w:t>
      </w:r>
      <w:r w:rsidRPr="0069448E">
        <w:rPr>
          <w:rFonts w:eastAsia="Arial" w:cs="Arial"/>
          <w:lang w:val="pt-BR"/>
        </w:rPr>
        <w:t>o de restri</w:t>
      </w:r>
      <w:r w:rsidR="00EC0C93">
        <w:rPr>
          <w:rFonts w:eastAsia="Arial" w:cs="Arial"/>
          <w:lang w:val="pt-BR"/>
        </w:rPr>
        <w:t>çõe</w:t>
      </w:r>
      <w:r w:rsidRPr="0069448E">
        <w:rPr>
          <w:rFonts w:eastAsia="Arial" w:cs="Arial"/>
          <w:lang w:val="pt-BR"/>
        </w:rPr>
        <w:t xml:space="preserve">s </w:t>
      </w:r>
      <w:r w:rsidR="00EC0C93">
        <w:rPr>
          <w:rFonts w:eastAsia="Arial" w:cs="Arial"/>
          <w:lang w:val="pt-BR"/>
        </w:rPr>
        <w:t>é</w:t>
      </w:r>
      <w:r w:rsidRPr="0069448E">
        <w:rPr>
          <w:rFonts w:eastAsia="Arial" w:cs="Arial"/>
          <w:lang w:val="pt-BR"/>
        </w:rPr>
        <w:t>ticas, jur</w:t>
      </w:r>
      <w:r w:rsidR="00EC0C93">
        <w:rPr>
          <w:rFonts w:eastAsia="Arial" w:cs="Arial"/>
          <w:lang w:val="pt-BR"/>
        </w:rPr>
        <w:t>í</w:t>
      </w:r>
      <w:r w:rsidRPr="0069448E">
        <w:rPr>
          <w:rFonts w:eastAsia="Arial" w:cs="Arial"/>
          <w:lang w:val="pt-BR"/>
        </w:rPr>
        <w:t>dicas, de privacidade ou de confidencialidade.</w:t>
      </w:r>
    </w:p>
    <w:p w14:paraId="2A41B8F7"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Não se aplica. Este estudo não utilizou nem produziu dados de pesquisa.</w:t>
      </w:r>
    </w:p>
    <w:p w14:paraId="3661AE01" w14:textId="77777777" w:rsidR="00761A29" w:rsidRPr="0069448E" w:rsidRDefault="00000000" w:rsidP="0069448E">
      <w:pPr>
        <w:pStyle w:val="Ttulo2"/>
        <w:rPr>
          <w:lang w:val="pt-BR"/>
        </w:rPr>
      </w:pPr>
      <w:r w:rsidRPr="0069448E">
        <w:rPr>
          <w:lang w:val="pt-BR"/>
        </w:rPr>
        <w:t>DECLARAÇÃO SOBRE PREPRINT:</w:t>
      </w:r>
    </w:p>
    <w:p w14:paraId="5C5D20C5"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Uma versão anterior deste trabalho foi publicada no servidor de </w:t>
      </w:r>
      <w:proofErr w:type="spellStart"/>
      <w:r w:rsidRPr="0069448E">
        <w:rPr>
          <w:rFonts w:eastAsia="Arial" w:cs="Arial"/>
          <w:lang w:val="pt-BR"/>
        </w:rPr>
        <w:t>preprints</w:t>
      </w:r>
      <w:proofErr w:type="spellEnd"/>
      <w:r w:rsidRPr="0069448E">
        <w:rPr>
          <w:rFonts w:eastAsia="Arial" w:cs="Arial"/>
          <w:lang w:val="pt-BR"/>
        </w:rPr>
        <w:t xml:space="preserve"> [nome], disponível em: [DOI].</w:t>
      </w:r>
    </w:p>
    <w:p w14:paraId="7BBF1F8C"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Este trabalho não foi publicado anteriormente em servidor de </w:t>
      </w:r>
      <w:proofErr w:type="spellStart"/>
      <w:r w:rsidRPr="0069448E">
        <w:rPr>
          <w:rFonts w:eastAsia="Arial" w:cs="Arial"/>
          <w:lang w:val="pt-BR"/>
        </w:rPr>
        <w:t>preprints</w:t>
      </w:r>
      <w:proofErr w:type="spellEnd"/>
      <w:r w:rsidRPr="0069448E">
        <w:rPr>
          <w:rFonts w:eastAsia="Arial" w:cs="Arial"/>
          <w:lang w:val="pt-BR"/>
        </w:rPr>
        <w:t>.</w:t>
      </w:r>
    </w:p>
    <w:p w14:paraId="6E2A32F8" w14:textId="77777777" w:rsidR="00761A29" w:rsidRPr="0069448E" w:rsidRDefault="00000000" w:rsidP="0069448E">
      <w:pPr>
        <w:pStyle w:val="Ttulo2"/>
        <w:rPr>
          <w:lang w:val="pt-BR"/>
        </w:rPr>
      </w:pPr>
      <w:r w:rsidRPr="0069448E">
        <w:rPr>
          <w:lang w:val="pt-BR"/>
        </w:rPr>
        <w:t>DECLARAÇÃO SOBRE O USO DE IA GENERATIVA:</w:t>
      </w:r>
    </w:p>
    <w:p w14:paraId="63F250B3"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As pessoas autoras declaram que não utilizaram ferramentas de IA generativa na elaboração deste trabalho.</w:t>
      </w:r>
    </w:p>
    <w:p w14:paraId="620EBF90" w14:textId="77777777" w:rsidR="00761A29" w:rsidRPr="0069448E" w:rsidRDefault="00000000" w:rsidP="0069448E">
      <w:pPr>
        <w:pStyle w:val="Option"/>
        <w:keepLines/>
        <w:jc w:val="both"/>
        <w:rPr>
          <w:rFonts w:cs="Arial"/>
          <w:lang w:val="pt-BR"/>
        </w:rPr>
      </w:pPr>
      <w:r w:rsidRPr="0069448E">
        <w:rPr>
          <w:rFonts w:ascii="Segoe UI Symbol" w:eastAsia="DejaVu Sans" w:hAnsi="Segoe UI Symbol" w:cs="Segoe UI Symbol"/>
          <w:color w:val="0D5968"/>
          <w:sz w:val="21"/>
          <w:lang w:val="pt-BR"/>
        </w:rPr>
        <w:t>☐</w:t>
      </w:r>
      <w:r w:rsidRPr="0069448E">
        <w:rPr>
          <w:rFonts w:eastAsia="Arial" w:cs="Arial"/>
          <w:lang w:val="pt-BR"/>
        </w:rPr>
        <w:t xml:space="preserve">  As pessoas autoras utilizaram a ferramenta [nome e versão] para [finalidade]. Todo o conteúdo produzido ou revisado com auxílio da ferramenta foi verificado pelas pessoas autoras, que assumem integral responsabilidade pelo conteúdo publicado.</w:t>
      </w:r>
    </w:p>
    <w:p w14:paraId="6AD7DDAA" w14:textId="77777777" w:rsidR="00761A29" w:rsidRPr="0069448E" w:rsidRDefault="00000000" w:rsidP="0069448E">
      <w:pPr>
        <w:pStyle w:val="Ttulo1"/>
        <w:rPr>
          <w:lang w:val="pt-BR"/>
        </w:rPr>
      </w:pPr>
      <w:r w:rsidRPr="0069448E">
        <w:rPr>
          <w:lang w:val="pt-BR"/>
        </w:rPr>
        <w:lastRenderedPageBreak/>
        <w:t>AVALIAÇÃO POR PARES E PROCESSO EDITORIAL</w:t>
      </w:r>
    </w:p>
    <w:p w14:paraId="765FA13D" w14:textId="77777777" w:rsidR="00761A29" w:rsidRPr="0069448E" w:rsidRDefault="00000000" w:rsidP="0069448E">
      <w:pPr>
        <w:pStyle w:val="Ttulo2"/>
        <w:rPr>
          <w:lang w:val="pt-BR"/>
        </w:rPr>
      </w:pPr>
      <w:r w:rsidRPr="00EC0C93">
        <w:rPr>
          <w:rFonts w:ascii="Arial" w:hAnsi="Arial"/>
          <w:lang w:val="pt-BR"/>
        </w:rPr>
        <w:t>ABERTURA DO PROCESSO DE AVALIAÇÃO APÓS A APROVAÇÃO:</w:t>
      </w:r>
    </w:p>
    <w:p w14:paraId="4DB9A34F" w14:textId="77777777" w:rsidR="00761A29" w:rsidRPr="0069448E" w:rsidRDefault="00000000" w:rsidP="0069448E">
      <w:pPr>
        <w:pStyle w:val="Option"/>
        <w:keepLines/>
        <w:jc w:val="both"/>
        <w:rPr>
          <w:rFonts w:cs="Arial"/>
          <w:lang w:val="pt-BR"/>
        </w:rPr>
      </w:pPr>
      <w:r w:rsidRPr="00EC0C93">
        <w:rPr>
          <w:rFonts w:ascii="Segoe UI Symbol" w:hAnsi="Segoe UI Symbol"/>
          <w:sz w:val="21"/>
          <w:lang w:val="pt-BR"/>
        </w:rPr>
        <w:t>☐</w:t>
      </w:r>
      <w:r w:rsidRPr="00EC0C93">
        <w:rPr>
          <w:lang w:val="pt-BR"/>
        </w:rPr>
        <w:t xml:space="preserve">  Autorizo a publicação dos pareceres após a aprovação do manuscrito, respeitada a escolha de cada pessoa parecerista quanto à identificação nominal.</w:t>
      </w:r>
    </w:p>
    <w:p w14:paraId="65BAFB2B" w14:textId="77777777" w:rsidR="00761A29" w:rsidRPr="0069448E" w:rsidRDefault="00000000" w:rsidP="0069448E">
      <w:pPr>
        <w:pStyle w:val="Option"/>
        <w:keepLines/>
        <w:jc w:val="both"/>
        <w:rPr>
          <w:rFonts w:cs="Arial"/>
          <w:lang w:val="pt-BR"/>
        </w:rPr>
      </w:pPr>
      <w:r w:rsidRPr="00EC0C93">
        <w:rPr>
          <w:rFonts w:ascii="Segoe UI Symbol" w:hAnsi="Segoe UI Symbol"/>
          <w:sz w:val="21"/>
          <w:lang w:val="pt-BR"/>
        </w:rPr>
        <w:t>☐</w:t>
      </w:r>
      <w:r w:rsidRPr="00EC0C93">
        <w:rPr>
          <w:lang w:val="pt-BR"/>
        </w:rPr>
        <w:t xml:space="preserve">  Não autorizo a publicação dos pareceres.</w:t>
      </w:r>
    </w:p>
    <w:p w14:paraId="514288EC" w14:textId="77777777" w:rsidR="00761A29" w:rsidRPr="0069448E" w:rsidRDefault="00000000" w:rsidP="0069448E">
      <w:pPr>
        <w:pStyle w:val="Ttulo2"/>
        <w:rPr>
          <w:lang w:val="pt-BR"/>
        </w:rPr>
      </w:pPr>
      <w:r w:rsidRPr="00EC0C93">
        <w:rPr>
          <w:rFonts w:ascii="Arial" w:hAnsi="Arial"/>
          <w:lang w:val="pt-BR"/>
        </w:rPr>
        <w:t>IDENTIFICAÇÃO DAS PESSOAS PARECERISTAS (preenchida pela revista somente quando autorizada):</w:t>
      </w:r>
    </w:p>
    <w:p w14:paraId="008B9995" w14:textId="77777777" w:rsidR="00761A29" w:rsidRPr="0069448E" w:rsidRDefault="00000000" w:rsidP="0069448E">
      <w:pPr>
        <w:pStyle w:val="Body"/>
        <w:jc w:val="both"/>
        <w:rPr>
          <w:rFonts w:ascii="Arial" w:hAnsi="Arial" w:cs="Arial"/>
          <w:lang w:val="pt-BR"/>
        </w:rPr>
      </w:pPr>
      <w:r w:rsidRPr="00EC0C93">
        <w:rPr>
          <w:lang w:val="pt-BR"/>
        </w:rPr>
        <w:t>Pessoa parecerista 1: Nome completo. Instituição, cidade, estado, país. ORCID: [link].</w:t>
      </w:r>
    </w:p>
    <w:p w14:paraId="068FA66D" w14:textId="77777777" w:rsidR="00761A29" w:rsidRPr="0069448E" w:rsidRDefault="00000000" w:rsidP="0069448E">
      <w:pPr>
        <w:pStyle w:val="Body"/>
        <w:jc w:val="both"/>
        <w:rPr>
          <w:rFonts w:ascii="Arial" w:hAnsi="Arial" w:cs="Arial"/>
          <w:lang w:val="pt-BR"/>
        </w:rPr>
      </w:pPr>
      <w:r w:rsidRPr="00EC0C93">
        <w:rPr>
          <w:lang w:val="pt-BR"/>
        </w:rPr>
        <w:t>Pessoa parecerista 2: Nome completo. Instituição, cidade, estado, país. ORCID: [link].</w:t>
      </w:r>
    </w:p>
    <w:p w14:paraId="4FF0470A" w14:textId="77777777" w:rsidR="00761A29" w:rsidRPr="0069448E" w:rsidRDefault="00000000" w:rsidP="0069448E">
      <w:pPr>
        <w:pStyle w:val="Ttulo2"/>
        <w:rPr>
          <w:lang w:val="pt-BR"/>
        </w:rPr>
      </w:pPr>
      <w:r w:rsidRPr="0069448E">
        <w:rPr>
          <w:lang w:val="pt-BR"/>
        </w:rPr>
        <w:t>Responsabilidade Editorial:</w:t>
      </w:r>
    </w:p>
    <w:p w14:paraId="4FE22CBF" w14:textId="77777777" w:rsidR="00761A29" w:rsidRPr="0069448E" w:rsidRDefault="00000000" w:rsidP="0069448E">
      <w:pPr>
        <w:keepNext/>
        <w:spacing w:after="20"/>
        <w:rPr>
          <w:rFonts w:ascii="Arial" w:hAnsi="Arial" w:cs="Arial"/>
          <w:lang w:val="pt-BR"/>
        </w:rPr>
      </w:pPr>
      <w:r w:rsidRPr="0069448E">
        <w:rPr>
          <w:rFonts w:ascii="Arial" w:eastAsia="Arial" w:hAnsi="Arial" w:cs="Arial"/>
          <w:b/>
          <w:color w:val="073F49"/>
          <w:lang w:val="pt-BR"/>
        </w:rPr>
        <w:t xml:space="preserve">Vanessa </w:t>
      </w:r>
      <w:proofErr w:type="spellStart"/>
      <w:r w:rsidRPr="0069448E">
        <w:rPr>
          <w:rFonts w:ascii="Arial" w:eastAsia="Arial" w:hAnsi="Arial" w:cs="Arial"/>
          <w:b/>
          <w:color w:val="073F49"/>
          <w:lang w:val="pt-BR"/>
        </w:rPr>
        <w:t>Hagemeyer</w:t>
      </w:r>
      <w:proofErr w:type="spellEnd"/>
      <w:r w:rsidRPr="0069448E">
        <w:rPr>
          <w:rFonts w:ascii="Arial" w:eastAsia="Arial" w:hAnsi="Arial" w:cs="Arial"/>
          <w:b/>
          <w:color w:val="073F49"/>
          <w:lang w:val="pt-BR"/>
        </w:rPr>
        <w:t xml:space="preserve"> Burgo</w:t>
      </w:r>
      <w:r w:rsidRPr="0069448E">
        <w:rPr>
          <w:rFonts w:ascii="Arial" w:eastAsia="Arial" w:hAnsi="Arial" w:cs="Arial"/>
          <w:color w:val="647175"/>
          <w:sz w:val="16"/>
          <w:lang w:val="pt-BR"/>
        </w:rPr>
        <w:t xml:space="preserve">   |   ORCID: 0000-0001-5350-6943   |    guaviraletras.cptl@ufms.br </w:t>
      </w:r>
    </w:p>
    <w:p w14:paraId="32DB7B5F" w14:textId="77777777" w:rsidR="00761A29" w:rsidRPr="0069448E" w:rsidRDefault="00000000" w:rsidP="0069448E">
      <w:pPr>
        <w:pStyle w:val="Metadata"/>
        <w:spacing w:after="120"/>
        <w:jc w:val="both"/>
        <w:rPr>
          <w:rFonts w:cs="Arial"/>
          <w:lang w:val="pt-BR"/>
        </w:rPr>
      </w:pPr>
      <w:r w:rsidRPr="0069448E">
        <w:rPr>
          <w:rFonts w:cs="Arial"/>
          <w:lang w:val="pt-BR"/>
        </w:rPr>
        <w:t>Universidade Federal de Mato Grosso do Sul, Três Lagoas, MS, Brasil.</w:t>
      </w:r>
    </w:p>
    <w:p w14:paraId="2918B924" w14:textId="77777777" w:rsidR="00761A29" w:rsidRPr="0069448E" w:rsidRDefault="00000000" w:rsidP="0069448E">
      <w:pPr>
        <w:keepNext/>
        <w:spacing w:after="20"/>
        <w:rPr>
          <w:rFonts w:ascii="Arial" w:hAnsi="Arial" w:cs="Arial"/>
          <w:lang w:val="pt-BR"/>
        </w:rPr>
      </w:pPr>
      <w:r w:rsidRPr="0069448E">
        <w:rPr>
          <w:rFonts w:ascii="Arial" w:eastAsia="Arial" w:hAnsi="Arial" w:cs="Arial"/>
          <w:b/>
          <w:color w:val="073F49"/>
          <w:lang w:val="pt-BR"/>
        </w:rPr>
        <w:t>Guilherme Magri</w:t>
      </w:r>
      <w:r w:rsidRPr="0069448E">
        <w:rPr>
          <w:rFonts w:ascii="Arial" w:eastAsia="Arial" w:hAnsi="Arial" w:cs="Arial"/>
          <w:color w:val="647175"/>
          <w:sz w:val="16"/>
          <w:lang w:val="pt-BR"/>
        </w:rPr>
        <w:t xml:space="preserve">   |   ORCID: 0000-0002-2091-9116   |   guaviraletras.cptl@ufms.br </w:t>
      </w:r>
    </w:p>
    <w:p w14:paraId="34835473" w14:textId="77777777" w:rsidR="00761A29" w:rsidRPr="0069448E" w:rsidRDefault="00000000" w:rsidP="0069448E">
      <w:pPr>
        <w:pStyle w:val="Metadata"/>
        <w:spacing w:after="120"/>
        <w:jc w:val="both"/>
        <w:rPr>
          <w:rFonts w:cs="Arial"/>
          <w:lang w:val="pt-BR"/>
        </w:rPr>
      </w:pPr>
      <w:r w:rsidRPr="0069448E">
        <w:rPr>
          <w:rFonts w:cs="Arial"/>
          <w:lang w:val="pt-BR"/>
        </w:rPr>
        <w:t>Universidade Federal de Mato Grosso do Sul, Três Lagoas, MS, Brasil.</w:t>
      </w:r>
    </w:p>
    <w:p w14:paraId="2D4B865C" w14:textId="77777777" w:rsidR="00761A29" w:rsidRPr="0069448E" w:rsidRDefault="00000000" w:rsidP="0069448E">
      <w:pPr>
        <w:pStyle w:val="Ttulo2"/>
        <w:rPr>
          <w:lang w:val="pt-BR"/>
        </w:rPr>
      </w:pPr>
      <w:r w:rsidRPr="0069448E">
        <w:rPr>
          <w:lang w:val="pt-BR"/>
        </w:rPr>
        <w:t>COMO REFERENCIAR ESTE ARTIGO:</w:t>
      </w:r>
    </w:p>
    <w:p w14:paraId="456E554F" w14:textId="77777777" w:rsidR="00761A29" w:rsidRPr="0069448E" w:rsidRDefault="00000000" w:rsidP="0069448E">
      <w:pPr>
        <w:pStyle w:val="Reference"/>
        <w:pBdr>
          <w:left w:val="single" w:sz="12" w:space="5" w:color="0D5968"/>
        </w:pBdr>
        <w:spacing w:before="60" w:after="200"/>
        <w:ind w:left="255" w:right="255"/>
        <w:jc w:val="both"/>
        <w:rPr>
          <w:lang w:val="pt-BR"/>
        </w:rPr>
      </w:pPr>
      <w:r w:rsidRPr="0069448E">
        <w:rPr>
          <w:lang w:val="pt-BR"/>
        </w:rPr>
        <w:t xml:space="preserve">SOBRENOME, Nome; SOBRENOME, Nome. Título do artigo. </w:t>
      </w:r>
      <w:proofErr w:type="spellStart"/>
      <w:r w:rsidRPr="00D12CF9">
        <w:rPr>
          <w:b/>
          <w:bCs/>
          <w:lang w:val="pt-BR"/>
        </w:rPr>
        <w:t>Guavira</w:t>
      </w:r>
      <w:proofErr w:type="spellEnd"/>
      <w:r w:rsidRPr="00D12CF9">
        <w:rPr>
          <w:b/>
          <w:bCs/>
          <w:lang w:val="pt-BR"/>
        </w:rPr>
        <w:t xml:space="preserve"> Letras</w:t>
      </w:r>
      <w:r w:rsidRPr="0069448E">
        <w:rPr>
          <w:lang w:val="pt-BR"/>
        </w:rPr>
        <w:t>, Tr</w:t>
      </w:r>
      <w:r w:rsidR="0069448E">
        <w:rPr>
          <w:lang w:val="pt-BR"/>
        </w:rPr>
        <w:t>ê</w:t>
      </w:r>
      <w:r w:rsidRPr="0069448E">
        <w:rPr>
          <w:lang w:val="pt-BR"/>
        </w:rPr>
        <w:t xml:space="preserve">s Lagoas, v. </w:t>
      </w:r>
      <w:proofErr w:type="spellStart"/>
      <w:r w:rsidRPr="0069448E">
        <w:rPr>
          <w:lang w:val="pt-BR"/>
        </w:rPr>
        <w:t>xx</w:t>
      </w:r>
      <w:proofErr w:type="spellEnd"/>
      <w:r w:rsidRPr="0069448E">
        <w:rPr>
          <w:lang w:val="pt-BR"/>
        </w:rPr>
        <w:t xml:space="preserve">, p. </w:t>
      </w:r>
      <w:proofErr w:type="spellStart"/>
      <w:r w:rsidRPr="0069448E">
        <w:rPr>
          <w:lang w:val="pt-BR"/>
        </w:rPr>
        <w:t>xx</w:t>
      </w:r>
      <w:proofErr w:type="spellEnd"/>
      <w:r w:rsidRPr="0069448E">
        <w:rPr>
          <w:lang w:val="pt-BR"/>
        </w:rPr>
        <w:t>, e-</w:t>
      </w:r>
      <w:proofErr w:type="spellStart"/>
      <w:r w:rsidRPr="0069448E">
        <w:rPr>
          <w:lang w:val="pt-BR"/>
        </w:rPr>
        <w:t>xx</w:t>
      </w:r>
      <w:proofErr w:type="spellEnd"/>
      <w:r w:rsidRPr="0069448E">
        <w:rPr>
          <w:lang w:val="pt-BR"/>
        </w:rPr>
        <w:t>, 20xx. DOI: https://doi.org/xxxxx.</w:t>
      </w:r>
    </w:p>
    <w:p w14:paraId="34CB8207" w14:textId="77777777" w:rsidR="00761A29" w:rsidRPr="0069448E" w:rsidRDefault="00000000">
      <w:pPr>
        <w:pBdr>
          <w:top w:val="single" w:sz="6" w:space="5" w:color="C8D7D7"/>
        </w:pBdr>
        <w:spacing w:before="140"/>
        <w:jc w:val="center"/>
        <w:rPr>
          <w:lang w:val="pt-BR"/>
        </w:rPr>
      </w:pPr>
      <w:r w:rsidRPr="0069448E">
        <w:rPr>
          <w:rFonts w:ascii="Arial" w:eastAsia="Arial" w:hAnsi="Arial"/>
          <w:color w:val="647175"/>
          <w:sz w:val="16"/>
          <w:lang w:val="pt-BR"/>
        </w:rPr>
        <w:t xml:space="preserve">Recebido em: </w:t>
      </w:r>
      <w:proofErr w:type="spellStart"/>
      <w:r w:rsidRPr="0069448E">
        <w:rPr>
          <w:rFonts w:ascii="Arial" w:eastAsia="Arial" w:hAnsi="Arial"/>
          <w:color w:val="647175"/>
          <w:sz w:val="16"/>
          <w:lang w:val="pt-BR"/>
        </w:rPr>
        <w:t>xx</w:t>
      </w:r>
      <w:proofErr w:type="spellEnd"/>
      <w:r w:rsidRPr="0069448E">
        <w:rPr>
          <w:rFonts w:ascii="Arial" w:eastAsia="Arial" w:hAnsi="Arial"/>
          <w:color w:val="647175"/>
          <w:sz w:val="16"/>
          <w:lang w:val="pt-BR"/>
        </w:rPr>
        <w:t xml:space="preserve"> </w:t>
      </w:r>
      <w:proofErr w:type="spellStart"/>
      <w:r w:rsidRPr="0069448E">
        <w:rPr>
          <w:rFonts w:ascii="Arial" w:eastAsia="Arial" w:hAnsi="Arial"/>
          <w:color w:val="647175"/>
          <w:sz w:val="16"/>
          <w:lang w:val="pt-BR"/>
        </w:rPr>
        <w:t>xxx</w:t>
      </w:r>
      <w:proofErr w:type="spellEnd"/>
      <w:r w:rsidRPr="0069448E">
        <w:rPr>
          <w:rFonts w:ascii="Arial" w:eastAsia="Arial" w:hAnsi="Arial"/>
          <w:color w:val="647175"/>
          <w:sz w:val="16"/>
          <w:lang w:val="pt-BR"/>
        </w:rPr>
        <w:t xml:space="preserve"> </w:t>
      </w:r>
      <w:proofErr w:type="spellStart"/>
      <w:r w:rsidRPr="0069448E">
        <w:rPr>
          <w:rFonts w:ascii="Arial" w:eastAsia="Arial" w:hAnsi="Arial"/>
          <w:color w:val="647175"/>
          <w:sz w:val="16"/>
          <w:lang w:val="pt-BR"/>
        </w:rPr>
        <w:t>xxxx</w:t>
      </w:r>
      <w:proofErr w:type="spellEnd"/>
      <w:r w:rsidRPr="0069448E">
        <w:rPr>
          <w:rFonts w:ascii="Arial" w:eastAsia="Arial" w:hAnsi="Arial"/>
          <w:color w:val="647175"/>
          <w:sz w:val="16"/>
          <w:lang w:val="pt-BR"/>
        </w:rPr>
        <w:t xml:space="preserve">  |  Aprovado em: </w:t>
      </w:r>
      <w:proofErr w:type="spellStart"/>
      <w:r w:rsidRPr="0069448E">
        <w:rPr>
          <w:rFonts w:ascii="Arial" w:eastAsia="Arial" w:hAnsi="Arial"/>
          <w:color w:val="647175"/>
          <w:sz w:val="16"/>
          <w:lang w:val="pt-BR"/>
        </w:rPr>
        <w:t>xx</w:t>
      </w:r>
      <w:proofErr w:type="spellEnd"/>
      <w:r w:rsidRPr="0069448E">
        <w:rPr>
          <w:rFonts w:ascii="Arial" w:eastAsia="Arial" w:hAnsi="Arial"/>
          <w:color w:val="647175"/>
          <w:sz w:val="16"/>
          <w:lang w:val="pt-BR"/>
        </w:rPr>
        <w:t xml:space="preserve"> </w:t>
      </w:r>
      <w:proofErr w:type="spellStart"/>
      <w:r w:rsidRPr="0069448E">
        <w:rPr>
          <w:rFonts w:ascii="Arial" w:eastAsia="Arial" w:hAnsi="Arial"/>
          <w:color w:val="647175"/>
          <w:sz w:val="16"/>
          <w:lang w:val="pt-BR"/>
        </w:rPr>
        <w:t>xxx</w:t>
      </w:r>
      <w:proofErr w:type="spellEnd"/>
      <w:r w:rsidRPr="0069448E">
        <w:rPr>
          <w:rFonts w:ascii="Arial" w:eastAsia="Arial" w:hAnsi="Arial"/>
          <w:color w:val="647175"/>
          <w:sz w:val="16"/>
          <w:lang w:val="pt-BR"/>
        </w:rPr>
        <w:t xml:space="preserve"> </w:t>
      </w:r>
      <w:proofErr w:type="spellStart"/>
      <w:r w:rsidRPr="0069448E">
        <w:rPr>
          <w:rFonts w:ascii="Arial" w:eastAsia="Arial" w:hAnsi="Arial"/>
          <w:color w:val="647175"/>
          <w:sz w:val="16"/>
          <w:lang w:val="pt-BR"/>
        </w:rPr>
        <w:t>xxxx</w:t>
      </w:r>
      <w:proofErr w:type="spellEnd"/>
      <w:r w:rsidRPr="0069448E">
        <w:rPr>
          <w:rFonts w:ascii="Arial" w:eastAsia="Arial" w:hAnsi="Arial"/>
          <w:color w:val="647175"/>
          <w:sz w:val="16"/>
          <w:lang w:val="pt-BR"/>
        </w:rPr>
        <w:t xml:space="preserve">  |  Publicado em: </w:t>
      </w:r>
      <w:proofErr w:type="spellStart"/>
      <w:r w:rsidRPr="0069448E">
        <w:rPr>
          <w:rFonts w:ascii="Arial" w:eastAsia="Arial" w:hAnsi="Arial"/>
          <w:color w:val="647175"/>
          <w:sz w:val="16"/>
          <w:lang w:val="pt-BR"/>
        </w:rPr>
        <w:t>xx</w:t>
      </w:r>
      <w:proofErr w:type="spellEnd"/>
      <w:r w:rsidRPr="0069448E">
        <w:rPr>
          <w:rFonts w:ascii="Arial" w:eastAsia="Arial" w:hAnsi="Arial"/>
          <w:color w:val="647175"/>
          <w:sz w:val="16"/>
          <w:lang w:val="pt-BR"/>
        </w:rPr>
        <w:t xml:space="preserve"> </w:t>
      </w:r>
      <w:proofErr w:type="spellStart"/>
      <w:r w:rsidRPr="0069448E">
        <w:rPr>
          <w:rFonts w:ascii="Arial" w:eastAsia="Arial" w:hAnsi="Arial"/>
          <w:color w:val="647175"/>
          <w:sz w:val="16"/>
          <w:lang w:val="pt-BR"/>
        </w:rPr>
        <w:t>xxx</w:t>
      </w:r>
      <w:proofErr w:type="spellEnd"/>
      <w:r w:rsidRPr="0069448E">
        <w:rPr>
          <w:rFonts w:ascii="Arial" w:eastAsia="Arial" w:hAnsi="Arial"/>
          <w:color w:val="647175"/>
          <w:sz w:val="16"/>
          <w:lang w:val="pt-BR"/>
        </w:rPr>
        <w:t xml:space="preserve"> </w:t>
      </w:r>
      <w:proofErr w:type="spellStart"/>
      <w:r w:rsidRPr="0069448E">
        <w:rPr>
          <w:rFonts w:ascii="Arial" w:eastAsia="Arial" w:hAnsi="Arial"/>
          <w:color w:val="647175"/>
          <w:sz w:val="16"/>
          <w:lang w:val="pt-BR"/>
        </w:rPr>
        <w:t>xxxx</w:t>
      </w:r>
      <w:proofErr w:type="spellEnd"/>
    </w:p>
    <w:sectPr w:rsidR="00761A29" w:rsidRPr="0069448E" w:rsidSect="00034616">
      <w:headerReference w:type="default" r:id="rId10"/>
      <w:footerReference w:type="default" r:id="rId11"/>
      <w:pgSz w:w="11906" w:h="16838"/>
      <w:pgMar w:top="879" w:right="1219" w:bottom="879" w:left="1219" w:header="312"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AFF7" w14:textId="77777777" w:rsidR="001232A6" w:rsidRDefault="001232A6">
      <w:pPr>
        <w:spacing w:after="0" w:line="240" w:lineRule="auto"/>
      </w:pPr>
      <w:r>
        <w:separator/>
      </w:r>
    </w:p>
  </w:endnote>
  <w:endnote w:type="continuationSeparator" w:id="0">
    <w:p w14:paraId="0EB65841" w14:textId="77777777" w:rsidR="001232A6" w:rsidRDefault="0012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BEEC" w14:textId="77777777" w:rsidR="00761A29" w:rsidRDefault="00000000">
    <w:pPr>
      <w:pStyle w:val="Rodap"/>
      <w:pBdr>
        <w:top w:val="single" w:sz="5" w:space="3" w:color="C8D7D7"/>
      </w:pBdr>
      <w:spacing w:before="40"/>
      <w:jc w:val="right"/>
    </w:pPr>
    <w:r>
      <w:rPr>
        <w:rFonts w:ascii="Arial" w:eastAsia="Arial" w:hAnsi="Arial"/>
        <w:b/>
        <w:color w:val="647175"/>
        <w:sz w:val="16"/>
      </w:rPr>
      <w:t xml:space="preserve">GUAVIRA LETRAS   •   </w:t>
    </w:r>
    <w:r>
      <w:rPr>
        <w:rFonts w:ascii="Arial" w:eastAsia="Arial" w:hAnsi="Arial"/>
        <w:color w:val="647175"/>
        <w:sz w:val="17"/>
      </w:rPr>
      <w:fldChar w:fldCharType="begin"/>
    </w:r>
    <w:r>
      <w:rPr>
        <w:rFonts w:ascii="Arial" w:eastAsia="Arial" w:hAnsi="Arial"/>
        <w:color w:val="647175"/>
        <w:sz w:val="17"/>
      </w:rPr>
      <w:instrText xml:space="preserve"> PAGE </w:instrText>
    </w:r>
    <w:r>
      <w:rPr>
        <w:rFonts w:ascii="Arial" w:eastAsia="Arial" w:hAnsi="Arial"/>
        <w:color w:val="647175"/>
        <w:sz w:val="17"/>
      </w:rPr>
      <w:fldChar w:fldCharType="separate"/>
    </w:r>
    <w:r w:rsidR="0069448E">
      <w:rPr>
        <w:rFonts w:ascii="Arial" w:eastAsia="Arial" w:hAnsi="Arial"/>
        <w:noProof/>
        <w:color w:val="647175"/>
        <w:sz w:val="17"/>
      </w:rPr>
      <w:t>1</w:t>
    </w:r>
    <w:r>
      <w:rPr>
        <w:rFonts w:ascii="Arial" w:eastAsia="Arial" w:hAnsi="Arial"/>
        <w:color w:val="647175"/>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F2633" w14:textId="77777777" w:rsidR="001232A6" w:rsidRDefault="001232A6">
      <w:pPr>
        <w:spacing w:after="0" w:line="240" w:lineRule="auto"/>
      </w:pPr>
      <w:r>
        <w:separator/>
      </w:r>
    </w:p>
  </w:footnote>
  <w:footnote w:type="continuationSeparator" w:id="0">
    <w:p w14:paraId="3EC5AB40" w14:textId="77777777" w:rsidR="001232A6" w:rsidRDefault="00123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5C04" w14:textId="77777777" w:rsidR="00761A29" w:rsidRDefault="00000000">
    <w:pPr>
      <w:pStyle w:val="Cabealho"/>
      <w:pBdr>
        <w:bottom w:val="single" w:sz="10" w:space="4" w:color="0D5968"/>
      </w:pBdr>
      <w:spacing w:after="40"/>
      <w:jc w:val="left"/>
    </w:pPr>
    <w:r>
      <w:rPr>
        <w:noProof/>
      </w:rPr>
      <w:drawing>
        <wp:inline distT="0" distB="0" distL="0" distR="0" wp14:anchorId="0EB24743" wp14:editId="68649A1F">
          <wp:extent cx="164557" cy="208800"/>
          <wp:effectExtent l="0" t="0" r="0" b="0"/>
          <wp:docPr id="1" name="Picture 1" descr="Logotipo da revista Guavira Letras" title="Guavira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pic:nvPicPr>
                <pic:blipFill>
                  <a:blip r:embed="rId1"/>
                  <a:stretch>
                    <a:fillRect/>
                  </a:stretch>
                </pic:blipFill>
                <pic:spPr>
                  <a:xfrm>
                    <a:off x="0" y="0"/>
                    <a:ext cx="164557" cy="208800"/>
                  </a:xfrm>
                  <a:prstGeom prst="rect">
                    <a:avLst/>
                  </a:prstGeom>
                </pic:spPr>
              </pic:pic>
            </a:graphicData>
          </a:graphic>
        </wp:inline>
      </w:drawing>
    </w:r>
    <w:r>
      <w:rPr>
        <w:rFonts w:ascii="Arial" w:eastAsia="Arial" w:hAnsi="Arial"/>
        <w:b/>
        <w:color w:val="073F49"/>
        <w:sz w:val="17"/>
      </w:rPr>
      <w:t xml:space="preserve">   GUAVIRA LETRAS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007832526">
    <w:abstractNumId w:val="8"/>
  </w:num>
  <w:num w:numId="2" w16cid:durableId="1297101150">
    <w:abstractNumId w:val="6"/>
  </w:num>
  <w:num w:numId="3" w16cid:durableId="224679763">
    <w:abstractNumId w:val="5"/>
  </w:num>
  <w:num w:numId="4" w16cid:durableId="2020306122">
    <w:abstractNumId w:val="4"/>
  </w:num>
  <w:num w:numId="5" w16cid:durableId="1279947566">
    <w:abstractNumId w:val="7"/>
  </w:num>
  <w:num w:numId="6" w16cid:durableId="742685237">
    <w:abstractNumId w:val="3"/>
  </w:num>
  <w:num w:numId="7" w16cid:durableId="876166412">
    <w:abstractNumId w:val="2"/>
  </w:num>
  <w:num w:numId="8" w16cid:durableId="1796948750">
    <w:abstractNumId w:val="1"/>
  </w:num>
  <w:num w:numId="9" w16cid:durableId="61351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32A6"/>
    <w:rsid w:val="0015074B"/>
    <w:rsid w:val="0029639D"/>
    <w:rsid w:val="00326F90"/>
    <w:rsid w:val="005B4BAB"/>
    <w:rsid w:val="0069448E"/>
    <w:rsid w:val="00761A29"/>
    <w:rsid w:val="00906347"/>
    <w:rsid w:val="00A01783"/>
    <w:rsid w:val="00AA1D8D"/>
    <w:rsid w:val="00AD63F7"/>
    <w:rsid w:val="00B47730"/>
    <w:rsid w:val="00B850F2"/>
    <w:rsid w:val="00B95A1C"/>
    <w:rsid w:val="00C66DB4"/>
    <w:rsid w:val="00CB0664"/>
    <w:rsid w:val="00D12CF9"/>
    <w:rsid w:val="00EC0C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BCCDFE"/>
  <w14:defaultImageDpi w14:val="300"/>
  <w15:docId w15:val="{1246F462-7F0F-4FBE-8678-BB1715E2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78" w:lineRule="auto"/>
      <w:jc w:val="both"/>
    </w:pPr>
    <w:rPr>
      <w:rFonts w:ascii="Georgia" w:hAnsi="Georgia"/>
      <w:color w:val="20272A"/>
      <w:sz w:val="18"/>
    </w:rPr>
  </w:style>
  <w:style w:type="paragraph" w:styleId="Ttulo1">
    <w:name w:val="heading 1"/>
    <w:basedOn w:val="Normal"/>
    <w:next w:val="Normal"/>
    <w:link w:val="Ttulo1Char"/>
    <w:uiPriority w:val="9"/>
    <w:qFormat/>
    <w:rsid w:val="00FC693F"/>
    <w:pPr>
      <w:keepNext/>
      <w:keepLines/>
      <w:spacing w:before="300" w:after="120"/>
      <w:outlineLvl w:val="0"/>
    </w:pPr>
    <w:rPr>
      <w:rFonts w:asciiTheme="majorHAnsi" w:eastAsiaTheme="majorEastAsia" w:hAnsiTheme="majorHAnsi" w:cstheme="majorBidi"/>
      <w:b/>
      <w:bCs/>
      <w:color w:val="073F49"/>
      <w:sz w:val="25"/>
      <w:szCs w:val="28"/>
    </w:rPr>
  </w:style>
  <w:style w:type="paragraph" w:styleId="Ttulo2">
    <w:name w:val="heading 2"/>
    <w:basedOn w:val="Normal"/>
    <w:next w:val="Normal"/>
    <w:link w:val="Ttulo2Char"/>
    <w:uiPriority w:val="9"/>
    <w:unhideWhenUsed/>
    <w:qFormat/>
    <w:rsid w:val="00FC693F"/>
    <w:pPr>
      <w:keepNext/>
      <w:keepLines/>
      <w:spacing w:before="220" w:after="80"/>
      <w:outlineLvl w:val="1"/>
    </w:pPr>
    <w:rPr>
      <w:rFonts w:asciiTheme="majorHAnsi" w:eastAsiaTheme="majorEastAsia" w:hAnsiTheme="majorHAnsi" w:cstheme="majorBidi"/>
      <w:b/>
      <w:bCs/>
      <w:color w:val="0D5968"/>
      <w:sz w:val="21"/>
      <w:szCs w:val="26"/>
    </w:rPr>
  </w:style>
  <w:style w:type="paragraph" w:styleId="Ttulo3">
    <w:name w:val="heading 3"/>
    <w:basedOn w:val="Normal"/>
    <w:next w:val="Normal"/>
    <w:link w:val="Ttulo3Char"/>
    <w:uiPriority w:val="9"/>
    <w:unhideWhenUsed/>
    <w:qFormat/>
    <w:rsid w:val="00FC693F"/>
    <w:pPr>
      <w:keepNext/>
      <w:keepLines/>
      <w:spacing w:before="160" w:after="60"/>
      <w:outlineLvl w:val="2"/>
    </w:pPr>
    <w:rPr>
      <w:rFonts w:asciiTheme="majorHAnsi" w:eastAsiaTheme="majorEastAsia" w:hAnsiTheme="majorHAnsi" w:cstheme="majorBidi"/>
      <w:b/>
      <w:bCs/>
      <w:color w:val="0D5968"/>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spacing w:after="80" w:line="269" w:lineRule="auto"/>
    </w:pPr>
    <w:rPr>
      <w:rFonts w:ascii="Georgia" w:hAnsi="Georgia"/>
      <w:color w:val="20272A"/>
      <w:sz w:val="18"/>
    </w:rPr>
  </w:style>
  <w:style w:type="paragraph" w:customStyle="1" w:styleId="Metadata">
    <w:name w:val="Metadata"/>
    <w:pPr>
      <w:spacing w:after="80" w:line="269" w:lineRule="auto"/>
    </w:pPr>
    <w:rPr>
      <w:rFonts w:ascii="Arial" w:hAnsi="Arial"/>
      <w:color w:val="647175"/>
      <w:sz w:val="17"/>
    </w:rPr>
  </w:style>
  <w:style w:type="paragraph" w:customStyle="1" w:styleId="Option">
    <w:name w:val="Option"/>
    <w:pPr>
      <w:spacing w:after="80" w:line="269" w:lineRule="auto"/>
    </w:pPr>
    <w:rPr>
      <w:rFonts w:ascii="Arial" w:hAnsi="Arial"/>
      <w:color w:val="20272A"/>
      <w:sz w:val="18"/>
    </w:rPr>
  </w:style>
  <w:style w:type="paragraph" w:customStyle="1" w:styleId="Reference">
    <w:name w:val="Reference"/>
    <w:pPr>
      <w:spacing w:after="80" w:line="269" w:lineRule="auto"/>
    </w:pPr>
    <w:rPr>
      <w:rFonts w:ascii="Georgia" w:hAnsi="Georgia"/>
      <w:color w:val="20272A"/>
      <w:sz w:val="17"/>
    </w:rPr>
  </w:style>
  <w:style w:type="paragraph" w:customStyle="1" w:styleId="Smalllabel">
    <w:name w:val="Small label"/>
    <w:pPr>
      <w:spacing w:after="80" w:line="269" w:lineRule="auto"/>
    </w:pPr>
    <w:rPr>
      <w:rFonts w:ascii="Arial" w:hAnsi="Arial"/>
      <w:b/>
      <w:color w:val="0D5968"/>
      <w:sz w:val="16"/>
    </w:rPr>
  </w:style>
  <w:style w:type="paragraph" w:customStyle="1" w:styleId="CitaolongaABNT">
    <w:name w:val="Citação longa ABNT"/>
    <w:basedOn w:val="Body"/>
    <w:pPr>
      <w:keepLines/>
      <w:spacing w:before="120" w:after="120" w:line="240" w:lineRule="auto"/>
      <w:ind w:left="2268"/>
      <w:jc w:val="both"/>
    </w:pPr>
    <w:rPr>
      <w:sz w:val="16"/>
    </w:rPr>
  </w:style>
  <w:style w:type="paragraph" w:customStyle="1" w:styleId="RefernciaABNT6023">
    <w:name w:val="Referência ABNT 6023"/>
    <w:basedOn w:val="Reference"/>
    <w:pPr>
      <w:keepLines/>
      <w:spacing w:after="17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0000/exempl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xemplo.org/arti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1241</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Guavira Letras - Template Final</dc:title>
  <dc:subject>Template para submissão e publicação de artigos</dc:subject>
  <dc:creator>Guavira Letras</dc:creator>
  <cp:keywords>Guavira Letras; template; submissão; artigo científico</cp:keywords>
  <dc:description>generated by python-docx</dc:description>
  <cp:lastModifiedBy>Guilherme Magri da Rocha</cp:lastModifiedBy>
  <cp:revision>8</cp:revision>
  <dcterms:created xsi:type="dcterms:W3CDTF">2013-12-23T23:15:00Z</dcterms:created>
  <dcterms:modified xsi:type="dcterms:W3CDTF">2026-07-31T17:37:00Z</dcterms:modified>
  <cp:category/>
</cp:coreProperties>
</file>